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BDC8E" w14:textId="77777777" w:rsidR="00433A0A" w:rsidRDefault="002F3A98">
      <w:pPr>
        <w:jc w:val="center"/>
      </w:pPr>
      <w:r>
        <w:rPr>
          <w:b/>
          <w:sz w:val="28"/>
        </w:rPr>
        <w:t>Подбор единичных расценок к Акту №8</w:t>
      </w:r>
      <w:r>
        <w:rPr>
          <w:b/>
          <w:sz w:val="28"/>
        </w:rPr>
        <w:br/>
        <w:t>Изготовление недостающих элементов МК</w:t>
      </w:r>
    </w:p>
    <w:p w14:paraId="132901BE" w14:textId="77777777" w:rsidR="00433A0A" w:rsidRDefault="002F3A98">
      <w:pPr>
        <w:jc w:val="center"/>
      </w:pPr>
      <w:r>
        <w:rPr>
          <w:sz w:val="18"/>
        </w:rPr>
        <w:t>Объект: терминал по перевалке минеральных удобрений, конвейерная галерея №3, шифр 1632-2021-2.1.3-КМ/КМД</w:t>
      </w:r>
    </w:p>
    <w:p w14:paraId="27347FE9" w14:textId="77777777" w:rsidR="00433A0A" w:rsidRDefault="002F3A98">
      <w:r>
        <w:rPr>
          <w:b/>
        </w:rPr>
        <w:t xml:space="preserve">Принятые допущения: </w:t>
      </w:r>
      <w:r>
        <w:t xml:space="preserve">изготовление выполнялось на строительной </w:t>
      </w:r>
      <w:r>
        <w:t>площадке на стапеле/временном заготовительном участке, поэтому ФЕРм38 указан «применительно». Для всех позиций с подачей манипулятором выбран вариант «с краном на автомобильном ходу». Если фактически сборка выполнялась вручную без грузоподъемного механизма</w:t>
      </w:r>
      <w:r>
        <w:t>, заменить окончание расценок ФЕРм38 на варианты с ручными лебедками/вручную. Монтажные расценки ФЕР09 даны дополнительно, если в объем договора входит последующий монтаж изготовленных отправочных марок.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438"/>
        <w:gridCol w:w="1749"/>
        <w:gridCol w:w="1957"/>
        <w:gridCol w:w="2608"/>
        <w:gridCol w:w="2580"/>
        <w:gridCol w:w="2178"/>
        <w:gridCol w:w="2671"/>
        <w:gridCol w:w="1513"/>
      </w:tblGrid>
      <w:tr w:rsidR="00433A0A" w14:paraId="0D49A538" w14:textId="77777777">
        <w:trPr>
          <w:cantSplit/>
          <w:tblHeader/>
          <w:jc w:val="center"/>
        </w:trPr>
        <w:tc>
          <w:tcPr>
            <w:tcW w:w="454" w:type="dxa"/>
            <w:shd w:val="clear" w:color="auto" w:fill="D9EAF7"/>
          </w:tcPr>
          <w:p w14:paraId="241BD5BA" w14:textId="77777777" w:rsidR="00433A0A" w:rsidRDefault="002F3A98">
            <w:r>
              <w:rPr>
                <w:b/>
                <w:sz w:val="14"/>
              </w:rPr>
              <w:t>П.</w:t>
            </w:r>
          </w:p>
        </w:tc>
        <w:tc>
          <w:tcPr>
            <w:tcW w:w="1871" w:type="dxa"/>
            <w:shd w:val="clear" w:color="auto" w:fill="D9EAF7"/>
          </w:tcPr>
          <w:p w14:paraId="5AE3105E" w14:textId="77777777" w:rsidR="00433A0A" w:rsidRDefault="002F3A98">
            <w:r>
              <w:rPr>
                <w:b/>
                <w:sz w:val="14"/>
              </w:rPr>
              <w:t>Марка/работа по акту</w:t>
            </w:r>
          </w:p>
        </w:tc>
        <w:tc>
          <w:tcPr>
            <w:tcW w:w="2154" w:type="dxa"/>
            <w:shd w:val="clear" w:color="auto" w:fill="D9EAF7"/>
          </w:tcPr>
          <w:p w14:paraId="53F7D125" w14:textId="77777777" w:rsidR="00433A0A" w:rsidRDefault="002F3A98">
            <w:r>
              <w:rPr>
                <w:b/>
                <w:sz w:val="14"/>
              </w:rPr>
              <w:t>Кратко по акту</w:t>
            </w:r>
          </w:p>
        </w:tc>
        <w:tc>
          <w:tcPr>
            <w:tcW w:w="2835" w:type="dxa"/>
            <w:shd w:val="clear" w:color="auto" w:fill="D9EAF7"/>
          </w:tcPr>
          <w:p w14:paraId="651F60F7" w14:textId="77777777" w:rsidR="00433A0A" w:rsidRDefault="002F3A98">
            <w:r>
              <w:rPr>
                <w:b/>
                <w:sz w:val="14"/>
              </w:rPr>
              <w:t xml:space="preserve">Изготовление </w:t>
            </w:r>
            <w:r>
              <w:rPr>
                <w:b/>
                <w:sz w:val="14"/>
              </w:rPr>
              <w:t>ФЕРм38</w:t>
            </w:r>
          </w:p>
        </w:tc>
        <w:tc>
          <w:tcPr>
            <w:tcW w:w="2835" w:type="dxa"/>
            <w:shd w:val="clear" w:color="auto" w:fill="D9EAF7"/>
          </w:tcPr>
          <w:p w14:paraId="7FD7CC7A" w14:textId="77777777" w:rsidR="00433A0A" w:rsidRDefault="002F3A98">
            <w:r>
              <w:rPr>
                <w:b/>
                <w:sz w:val="14"/>
              </w:rPr>
              <w:t>Монтаж ФЕР09</w:t>
            </w:r>
          </w:p>
        </w:tc>
        <w:tc>
          <w:tcPr>
            <w:tcW w:w="2381" w:type="dxa"/>
            <w:shd w:val="clear" w:color="auto" w:fill="D9EAF7"/>
          </w:tcPr>
          <w:p w14:paraId="14CC61FA" w14:textId="77777777" w:rsidR="00433A0A" w:rsidRDefault="002F3A98">
            <w:r>
              <w:rPr>
                <w:b/>
                <w:sz w:val="14"/>
              </w:rPr>
              <w:t>Антикоррозия ФЕР13</w:t>
            </w:r>
          </w:p>
        </w:tc>
        <w:tc>
          <w:tcPr>
            <w:tcW w:w="2835" w:type="dxa"/>
            <w:shd w:val="clear" w:color="auto" w:fill="D9EAF7"/>
          </w:tcPr>
          <w:p w14:paraId="7FD77ED2" w14:textId="77777777" w:rsidR="00433A0A" w:rsidRDefault="002F3A98">
            <w:r>
              <w:rPr>
                <w:b/>
                <w:sz w:val="14"/>
              </w:rPr>
              <w:t>Контроль ФЕРм39</w:t>
            </w:r>
          </w:p>
        </w:tc>
        <w:tc>
          <w:tcPr>
            <w:tcW w:w="1587" w:type="dxa"/>
            <w:shd w:val="clear" w:color="auto" w:fill="D9EAF7"/>
          </w:tcPr>
          <w:p w14:paraId="092937AD" w14:textId="77777777" w:rsidR="00433A0A" w:rsidRDefault="002F3A98">
            <w:r>
              <w:rPr>
                <w:b/>
                <w:sz w:val="14"/>
              </w:rPr>
              <w:t>Комментарий</w:t>
            </w:r>
          </w:p>
        </w:tc>
      </w:tr>
      <w:tr w:rsidR="00433A0A" w14:paraId="026EE2F6" w14:textId="77777777">
        <w:trPr>
          <w:cantSplit/>
          <w:jc w:val="center"/>
        </w:trPr>
        <w:tc>
          <w:tcPr>
            <w:tcW w:w="454" w:type="dxa"/>
          </w:tcPr>
          <w:p w14:paraId="5D53FFC0" w14:textId="77777777" w:rsidR="00433A0A" w:rsidRDefault="002F3A98">
            <w:r>
              <w:rPr>
                <w:sz w:val="13"/>
              </w:rPr>
              <w:t>1</w:t>
            </w:r>
          </w:p>
        </w:tc>
        <w:tc>
          <w:tcPr>
            <w:tcW w:w="1871" w:type="dxa"/>
          </w:tcPr>
          <w:p w14:paraId="7A87619B" w14:textId="77777777" w:rsidR="00433A0A" w:rsidRDefault="002F3A98">
            <w:r>
              <w:rPr>
                <w:sz w:val="13"/>
              </w:rPr>
              <w:t>Настил 1Н1-136 (2шт)</w:t>
            </w:r>
          </w:p>
        </w:tc>
        <w:tc>
          <w:tcPr>
            <w:tcW w:w="2154" w:type="dxa"/>
          </w:tcPr>
          <w:p w14:paraId="36B876FD" w14:textId="77777777" w:rsidR="00433A0A" w:rsidRDefault="002F3A98">
            <w:r>
              <w:rPr>
                <w:sz w:val="13"/>
              </w:rPr>
              <w:t>металл 398,6 кг; сварка 19,60/398,6; ВИК 19,6 м; ГФ-021 10,4 м2</w:t>
            </w:r>
          </w:p>
        </w:tc>
        <w:tc>
          <w:tcPr>
            <w:tcW w:w="2835" w:type="dxa"/>
          </w:tcPr>
          <w:p w14:paraId="5DB98F2A" w14:textId="77777777" w:rsidR="00433A0A" w:rsidRDefault="002F3A98">
            <w:r>
              <w:rPr>
                <w:sz w:val="13"/>
              </w:rPr>
              <w:t xml:space="preserve">ФЕРм38-01-004-01 — Площадки/настилы. Изготовление применять как «площадки для </w:t>
            </w:r>
            <w:r>
              <w:rPr>
                <w:sz w:val="13"/>
              </w:rPr>
              <w:t>обслуживания оборудования и трубопроводов», с краном на автомобильном ходу/манипулятором, применительно.</w:t>
            </w:r>
          </w:p>
        </w:tc>
        <w:tc>
          <w:tcPr>
            <w:tcW w:w="2835" w:type="dxa"/>
          </w:tcPr>
          <w:p w14:paraId="32B6347F" w14:textId="77777777" w:rsidR="00433A0A" w:rsidRDefault="002F3A98">
            <w:r>
              <w:rPr>
                <w:sz w:val="13"/>
              </w:rPr>
              <w:t>ФЕР09-03-030-01 — Монтаж площадок с настилом и ограждением из листовой, рифленой, просечной и круглой стали. Если это отдельные щиты встроенных площадо</w:t>
            </w:r>
            <w:r>
              <w:rPr>
                <w:sz w:val="13"/>
              </w:rPr>
              <w:t>к — проверить 09-03-031-01.</w:t>
            </w:r>
          </w:p>
        </w:tc>
        <w:tc>
          <w:tcPr>
            <w:tcW w:w="2381" w:type="dxa"/>
          </w:tcPr>
          <w:p w14:paraId="1308B7BE" w14:textId="77777777" w:rsidR="00433A0A" w:rsidRDefault="002F3A98">
            <w:r>
              <w:rPr>
                <w:sz w:val="13"/>
              </w:rPr>
              <w:t>ФЕР13-03-004-04 — огрунтовка металлических поверхностей грунтовкой ГФ-021 за один раз; объем по акту 10,4 м2.</w:t>
            </w:r>
          </w:p>
        </w:tc>
        <w:tc>
          <w:tcPr>
            <w:tcW w:w="2835" w:type="dxa"/>
          </w:tcPr>
          <w:p w14:paraId="507DB210" w14:textId="77777777" w:rsidR="00433A0A" w:rsidRDefault="002F3A98">
            <w:r>
              <w:rPr>
                <w:sz w:val="13"/>
              </w:rPr>
              <w:t xml:space="preserve">ФЕРм39-02-001-21 — ВИК сварных соединений оборудования/конструкций с одной стороны, м шва; при контроле с двух сторон </w:t>
            </w:r>
            <w:r>
              <w:rPr>
                <w:sz w:val="13"/>
              </w:rPr>
              <w:t>— 39-02-001-22.</w:t>
            </w:r>
          </w:p>
        </w:tc>
        <w:tc>
          <w:tcPr>
            <w:tcW w:w="1587" w:type="dxa"/>
          </w:tcPr>
          <w:p w14:paraId="0124F8F1" w14:textId="77777777" w:rsidR="00433A0A" w:rsidRDefault="00433A0A"/>
        </w:tc>
      </w:tr>
      <w:tr w:rsidR="00433A0A" w14:paraId="74D35DE0" w14:textId="77777777">
        <w:trPr>
          <w:cantSplit/>
          <w:jc w:val="center"/>
        </w:trPr>
        <w:tc>
          <w:tcPr>
            <w:tcW w:w="454" w:type="dxa"/>
            <w:shd w:val="clear" w:color="auto" w:fill="F7F7F7"/>
          </w:tcPr>
          <w:p w14:paraId="7305ADB0" w14:textId="77777777" w:rsidR="00433A0A" w:rsidRDefault="002F3A98">
            <w:r>
              <w:rPr>
                <w:sz w:val="13"/>
              </w:rPr>
              <w:t>2</w:t>
            </w:r>
          </w:p>
        </w:tc>
        <w:tc>
          <w:tcPr>
            <w:tcW w:w="1871" w:type="dxa"/>
            <w:shd w:val="clear" w:color="auto" w:fill="F7F7F7"/>
          </w:tcPr>
          <w:p w14:paraId="3BE538BA" w14:textId="77777777" w:rsidR="00433A0A" w:rsidRDefault="002F3A98">
            <w:r>
              <w:rPr>
                <w:sz w:val="13"/>
              </w:rPr>
              <w:t>Настил 1Н1-144 (2шт)</w:t>
            </w:r>
          </w:p>
        </w:tc>
        <w:tc>
          <w:tcPr>
            <w:tcW w:w="2154" w:type="dxa"/>
            <w:shd w:val="clear" w:color="auto" w:fill="F7F7F7"/>
          </w:tcPr>
          <w:p w14:paraId="63BE0592" w14:textId="77777777" w:rsidR="00433A0A" w:rsidRDefault="002F3A98">
            <w:r>
              <w:rPr>
                <w:sz w:val="13"/>
              </w:rPr>
              <w:t>металл 398,6 кг; сварка 19,60/398,6; ВИК 19,6 м; ГФ-021 10,4 м2</w:t>
            </w:r>
          </w:p>
        </w:tc>
        <w:tc>
          <w:tcPr>
            <w:tcW w:w="2835" w:type="dxa"/>
            <w:shd w:val="clear" w:color="auto" w:fill="F7F7F7"/>
          </w:tcPr>
          <w:p w14:paraId="0BE88F41" w14:textId="77777777" w:rsidR="00433A0A" w:rsidRDefault="002F3A98">
            <w:r>
              <w:rPr>
                <w:sz w:val="13"/>
              </w:rPr>
              <w:t>ФЕРм38-01-004-01 — Площадки/настилы. Изготовление применять как «площадки для обслуживания оборудования и трубопроводов», с краном на автомобильном ход</w:t>
            </w:r>
            <w:r>
              <w:rPr>
                <w:sz w:val="13"/>
              </w:rPr>
              <w:t>у/манипулятором, применительно.</w:t>
            </w:r>
          </w:p>
        </w:tc>
        <w:tc>
          <w:tcPr>
            <w:tcW w:w="2835" w:type="dxa"/>
            <w:shd w:val="clear" w:color="auto" w:fill="F7F7F7"/>
          </w:tcPr>
          <w:p w14:paraId="73CC6296" w14:textId="77777777" w:rsidR="00433A0A" w:rsidRDefault="002F3A98">
            <w:r>
              <w:rPr>
                <w:sz w:val="13"/>
              </w:rPr>
              <w:t>ФЕР09-03-030-01 — Монтаж площадок с настилом и ограждением из листовой, рифленой, просечной и круглой стали. Если это отдельные щиты встроенных площадок — проверить 09-03-031-01.</w:t>
            </w:r>
          </w:p>
        </w:tc>
        <w:tc>
          <w:tcPr>
            <w:tcW w:w="2381" w:type="dxa"/>
            <w:shd w:val="clear" w:color="auto" w:fill="F7F7F7"/>
          </w:tcPr>
          <w:p w14:paraId="02EF1A9E" w14:textId="77777777" w:rsidR="00433A0A" w:rsidRDefault="002F3A98">
            <w:r>
              <w:rPr>
                <w:sz w:val="13"/>
              </w:rPr>
              <w:t>ФЕР13-03-004-04 — огрунтовка металлических по</w:t>
            </w:r>
            <w:r>
              <w:rPr>
                <w:sz w:val="13"/>
              </w:rPr>
              <w:t>верхностей грунтовкой ГФ-021 за один раз; объем по акту 10,4 м2.</w:t>
            </w:r>
          </w:p>
        </w:tc>
        <w:tc>
          <w:tcPr>
            <w:tcW w:w="2835" w:type="dxa"/>
            <w:shd w:val="clear" w:color="auto" w:fill="F7F7F7"/>
          </w:tcPr>
          <w:p w14:paraId="29DCD845" w14:textId="77777777" w:rsidR="00433A0A" w:rsidRDefault="002F3A98">
            <w:r>
              <w:rPr>
                <w:sz w:val="13"/>
              </w:rPr>
              <w:t>ФЕРм39-02-001-21 — ВИК сварных соединений оборудования/конструкций с одной стороны, м шва; при контроле с двух сторон — 39-02-001-22.</w:t>
            </w:r>
          </w:p>
        </w:tc>
        <w:tc>
          <w:tcPr>
            <w:tcW w:w="1587" w:type="dxa"/>
            <w:shd w:val="clear" w:color="auto" w:fill="F7F7F7"/>
          </w:tcPr>
          <w:p w14:paraId="1861A3BE" w14:textId="77777777" w:rsidR="00433A0A" w:rsidRDefault="00433A0A"/>
        </w:tc>
      </w:tr>
      <w:tr w:rsidR="00433A0A" w14:paraId="67A97B0F" w14:textId="77777777">
        <w:trPr>
          <w:cantSplit/>
          <w:jc w:val="center"/>
        </w:trPr>
        <w:tc>
          <w:tcPr>
            <w:tcW w:w="454" w:type="dxa"/>
          </w:tcPr>
          <w:p w14:paraId="6BC560DE" w14:textId="77777777" w:rsidR="00433A0A" w:rsidRDefault="002F3A98">
            <w:r>
              <w:rPr>
                <w:sz w:val="13"/>
              </w:rPr>
              <w:t>3</w:t>
            </w:r>
          </w:p>
        </w:tc>
        <w:tc>
          <w:tcPr>
            <w:tcW w:w="1871" w:type="dxa"/>
          </w:tcPr>
          <w:p w14:paraId="0E2226A7" w14:textId="77777777" w:rsidR="00433A0A" w:rsidRDefault="002F3A98">
            <w:r>
              <w:rPr>
                <w:sz w:val="13"/>
              </w:rPr>
              <w:t>Настил 1Н1-61</w:t>
            </w:r>
          </w:p>
        </w:tc>
        <w:tc>
          <w:tcPr>
            <w:tcW w:w="2154" w:type="dxa"/>
          </w:tcPr>
          <w:p w14:paraId="4F318DD6" w14:textId="77777777" w:rsidR="00433A0A" w:rsidRDefault="002F3A98">
            <w:r>
              <w:rPr>
                <w:sz w:val="13"/>
              </w:rPr>
              <w:t xml:space="preserve">металл 77,9 кг; сварка </w:t>
            </w:r>
            <w:r>
              <w:rPr>
                <w:sz w:val="13"/>
              </w:rPr>
              <w:t>3,72/77,9; ВИК 3,72 м; ГФ-021 2,1 м2</w:t>
            </w:r>
          </w:p>
        </w:tc>
        <w:tc>
          <w:tcPr>
            <w:tcW w:w="2835" w:type="dxa"/>
          </w:tcPr>
          <w:p w14:paraId="3B1B3B49" w14:textId="77777777" w:rsidR="00433A0A" w:rsidRDefault="002F3A98">
            <w:r>
              <w:rPr>
                <w:sz w:val="13"/>
              </w:rPr>
              <w:t>ФЕРм38-01-004-01 — Площадки/настилы. Изготовление применять как «площадки для обслуживания оборудования и трубопроводов», с краном на автомобильном ходу/манипулятором, применительно.</w:t>
            </w:r>
          </w:p>
        </w:tc>
        <w:tc>
          <w:tcPr>
            <w:tcW w:w="2835" w:type="dxa"/>
          </w:tcPr>
          <w:p w14:paraId="1EBE329E" w14:textId="77777777" w:rsidR="00433A0A" w:rsidRDefault="002F3A98">
            <w:r>
              <w:rPr>
                <w:sz w:val="13"/>
              </w:rPr>
              <w:t xml:space="preserve">ФЕР09-03-030-01 — Монтаж площадок с </w:t>
            </w:r>
            <w:r>
              <w:rPr>
                <w:sz w:val="13"/>
              </w:rPr>
              <w:t>настилом и ограждением из листовой, рифленой, просечной и круглой стали. Если это отдельные щиты встроенных площадок — проверить 09-03-031-01.</w:t>
            </w:r>
          </w:p>
        </w:tc>
        <w:tc>
          <w:tcPr>
            <w:tcW w:w="2381" w:type="dxa"/>
          </w:tcPr>
          <w:p w14:paraId="01A89BBD" w14:textId="77777777" w:rsidR="00433A0A" w:rsidRDefault="002F3A98">
            <w:r>
              <w:rPr>
                <w:sz w:val="13"/>
              </w:rPr>
              <w:t>ФЕР13-03-004-04 — огрунтовка металлических поверхностей грунтовкой ГФ-021 за один раз; объем по акту 2,1 м2.</w:t>
            </w:r>
          </w:p>
        </w:tc>
        <w:tc>
          <w:tcPr>
            <w:tcW w:w="2835" w:type="dxa"/>
          </w:tcPr>
          <w:p w14:paraId="3C6B47F3" w14:textId="77777777" w:rsidR="00433A0A" w:rsidRDefault="002F3A98">
            <w:r>
              <w:rPr>
                <w:sz w:val="13"/>
              </w:rPr>
              <w:t>ФЕРм</w:t>
            </w:r>
            <w:r>
              <w:rPr>
                <w:sz w:val="13"/>
              </w:rPr>
              <w:t>39-02-001-21 — ВИК сварных соединений оборудования/конструкций с одной стороны, м шва; при контроле с двух сторон — 39-02-001-22.</w:t>
            </w:r>
          </w:p>
        </w:tc>
        <w:tc>
          <w:tcPr>
            <w:tcW w:w="1587" w:type="dxa"/>
          </w:tcPr>
          <w:p w14:paraId="7AB40825" w14:textId="77777777" w:rsidR="00433A0A" w:rsidRDefault="00433A0A"/>
        </w:tc>
      </w:tr>
      <w:tr w:rsidR="00433A0A" w14:paraId="2D473D7D" w14:textId="77777777">
        <w:trPr>
          <w:cantSplit/>
          <w:jc w:val="center"/>
        </w:trPr>
        <w:tc>
          <w:tcPr>
            <w:tcW w:w="454" w:type="dxa"/>
            <w:shd w:val="clear" w:color="auto" w:fill="F7F7F7"/>
          </w:tcPr>
          <w:p w14:paraId="6BE2E5F5" w14:textId="77777777" w:rsidR="00433A0A" w:rsidRDefault="002F3A98">
            <w:r>
              <w:rPr>
                <w:sz w:val="13"/>
              </w:rPr>
              <w:t>4</w:t>
            </w:r>
          </w:p>
        </w:tc>
        <w:tc>
          <w:tcPr>
            <w:tcW w:w="1871" w:type="dxa"/>
            <w:shd w:val="clear" w:color="auto" w:fill="F7F7F7"/>
          </w:tcPr>
          <w:p w14:paraId="7A9CDD57" w14:textId="77777777" w:rsidR="00433A0A" w:rsidRDefault="002F3A98">
            <w:r>
              <w:rPr>
                <w:sz w:val="13"/>
              </w:rPr>
              <w:t>Настил 1Н1-54</w:t>
            </w:r>
          </w:p>
        </w:tc>
        <w:tc>
          <w:tcPr>
            <w:tcW w:w="2154" w:type="dxa"/>
            <w:shd w:val="clear" w:color="auto" w:fill="F7F7F7"/>
          </w:tcPr>
          <w:p w14:paraId="6EE43DD3" w14:textId="77777777" w:rsidR="00433A0A" w:rsidRDefault="002F3A98">
            <w:r>
              <w:rPr>
                <w:sz w:val="13"/>
              </w:rPr>
              <w:t>металл 70,6 кг; сварка 2,12/70,6; ВИК 2,12 м; ГФ-021 3,3 м2</w:t>
            </w:r>
          </w:p>
        </w:tc>
        <w:tc>
          <w:tcPr>
            <w:tcW w:w="2835" w:type="dxa"/>
            <w:shd w:val="clear" w:color="auto" w:fill="F7F7F7"/>
          </w:tcPr>
          <w:p w14:paraId="4524C528" w14:textId="77777777" w:rsidR="00433A0A" w:rsidRDefault="002F3A98">
            <w:r>
              <w:rPr>
                <w:sz w:val="13"/>
              </w:rPr>
              <w:t xml:space="preserve">ФЕРм38-01-004-01 — </w:t>
            </w:r>
            <w:r>
              <w:rPr>
                <w:sz w:val="13"/>
              </w:rPr>
              <w:t>Площадки/настилы. Изготовление применять как «площадки для обслуживания оборудования и трубопроводов», с краном на автомобильном ходу/манипулятором, применительно.</w:t>
            </w:r>
          </w:p>
        </w:tc>
        <w:tc>
          <w:tcPr>
            <w:tcW w:w="2835" w:type="dxa"/>
            <w:shd w:val="clear" w:color="auto" w:fill="F7F7F7"/>
          </w:tcPr>
          <w:p w14:paraId="2EAC72F6" w14:textId="77777777" w:rsidR="00433A0A" w:rsidRDefault="002F3A98">
            <w:r>
              <w:rPr>
                <w:sz w:val="13"/>
              </w:rPr>
              <w:t xml:space="preserve">ФЕР09-03-030-01 — Монтаж площадок с настилом и ограждением из листовой, рифленой, просечной </w:t>
            </w:r>
            <w:r>
              <w:rPr>
                <w:sz w:val="13"/>
              </w:rPr>
              <w:t>и круглой стали. Если это отдельные щиты встроенных площадок — проверить 09-03-031-01.</w:t>
            </w:r>
          </w:p>
        </w:tc>
        <w:tc>
          <w:tcPr>
            <w:tcW w:w="2381" w:type="dxa"/>
            <w:shd w:val="clear" w:color="auto" w:fill="F7F7F7"/>
          </w:tcPr>
          <w:p w14:paraId="28C322A2" w14:textId="77777777" w:rsidR="00433A0A" w:rsidRDefault="002F3A98">
            <w:r>
              <w:rPr>
                <w:sz w:val="13"/>
              </w:rPr>
              <w:t>ФЕР13-03-004-04 — огрунтовка металлических поверхностей грунтовкой ГФ-021 за один раз; объем по акту 3,3 м2.</w:t>
            </w:r>
          </w:p>
        </w:tc>
        <w:tc>
          <w:tcPr>
            <w:tcW w:w="2835" w:type="dxa"/>
            <w:shd w:val="clear" w:color="auto" w:fill="F7F7F7"/>
          </w:tcPr>
          <w:p w14:paraId="61145D78" w14:textId="77777777" w:rsidR="00433A0A" w:rsidRDefault="002F3A98">
            <w:r>
              <w:rPr>
                <w:sz w:val="13"/>
              </w:rPr>
              <w:t>ФЕРм39-02-001-21 — ВИК сварных соединений оборудования/конст</w:t>
            </w:r>
            <w:r>
              <w:rPr>
                <w:sz w:val="13"/>
              </w:rPr>
              <w:t>рукций с одной стороны, м шва; при контроле с двух сторон — 39-02-001-22.</w:t>
            </w:r>
          </w:p>
        </w:tc>
        <w:tc>
          <w:tcPr>
            <w:tcW w:w="1587" w:type="dxa"/>
            <w:shd w:val="clear" w:color="auto" w:fill="F7F7F7"/>
          </w:tcPr>
          <w:p w14:paraId="65529C68" w14:textId="77777777" w:rsidR="00433A0A" w:rsidRDefault="00433A0A"/>
        </w:tc>
      </w:tr>
      <w:tr w:rsidR="00433A0A" w14:paraId="0EADAA18" w14:textId="77777777">
        <w:trPr>
          <w:cantSplit/>
          <w:jc w:val="center"/>
        </w:trPr>
        <w:tc>
          <w:tcPr>
            <w:tcW w:w="454" w:type="dxa"/>
          </w:tcPr>
          <w:p w14:paraId="210EB9FB" w14:textId="77777777" w:rsidR="00433A0A" w:rsidRDefault="002F3A98">
            <w:r>
              <w:rPr>
                <w:sz w:val="13"/>
              </w:rPr>
              <w:t>5</w:t>
            </w:r>
          </w:p>
        </w:tc>
        <w:tc>
          <w:tcPr>
            <w:tcW w:w="1871" w:type="dxa"/>
          </w:tcPr>
          <w:p w14:paraId="4D01964B" w14:textId="77777777" w:rsidR="00433A0A" w:rsidRDefault="002F3A98">
            <w:r>
              <w:rPr>
                <w:sz w:val="13"/>
              </w:rPr>
              <w:t>Настил 1Н1-52</w:t>
            </w:r>
          </w:p>
        </w:tc>
        <w:tc>
          <w:tcPr>
            <w:tcW w:w="2154" w:type="dxa"/>
          </w:tcPr>
          <w:p w14:paraId="50EF995B" w14:textId="77777777" w:rsidR="00433A0A" w:rsidRDefault="002F3A98">
            <w:r>
              <w:rPr>
                <w:sz w:val="13"/>
              </w:rPr>
              <w:t>металл 78,6 кг; сварка 3,04/78,6; ВИК 3,04 м; ГФ-021 3,4 м2</w:t>
            </w:r>
          </w:p>
        </w:tc>
        <w:tc>
          <w:tcPr>
            <w:tcW w:w="2835" w:type="dxa"/>
          </w:tcPr>
          <w:p w14:paraId="12DB174C" w14:textId="77777777" w:rsidR="00433A0A" w:rsidRDefault="002F3A98">
            <w:r>
              <w:rPr>
                <w:sz w:val="13"/>
              </w:rPr>
              <w:t xml:space="preserve">ФЕРм38-01-004-01 — Площадки/настилы. Изготовление применять как «площадки для обслуживания </w:t>
            </w:r>
            <w:r>
              <w:rPr>
                <w:sz w:val="13"/>
              </w:rPr>
              <w:t>оборудования и трубопроводов», с краном на автомобильном ходу/манипулятором, применительно.</w:t>
            </w:r>
          </w:p>
        </w:tc>
        <w:tc>
          <w:tcPr>
            <w:tcW w:w="2835" w:type="dxa"/>
          </w:tcPr>
          <w:p w14:paraId="7A196CE9" w14:textId="77777777" w:rsidR="00433A0A" w:rsidRDefault="002F3A98">
            <w:r>
              <w:rPr>
                <w:sz w:val="13"/>
              </w:rPr>
              <w:t>ФЕР09-03-030-01 — Монтаж площадок с настилом и ограждением из листовой, рифленой, просечной и круглой стали. Если это отдельные щиты встроенных площадок — проверить</w:t>
            </w:r>
            <w:r>
              <w:rPr>
                <w:sz w:val="13"/>
              </w:rPr>
              <w:t xml:space="preserve"> 09-03-031-01.</w:t>
            </w:r>
          </w:p>
        </w:tc>
        <w:tc>
          <w:tcPr>
            <w:tcW w:w="2381" w:type="dxa"/>
          </w:tcPr>
          <w:p w14:paraId="3C743097" w14:textId="77777777" w:rsidR="00433A0A" w:rsidRDefault="002F3A98">
            <w:r>
              <w:rPr>
                <w:sz w:val="13"/>
              </w:rPr>
              <w:t>ФЕР13-03-004-04 — огрунтовка металлических поверхностей грунтовкой ГФ-021 за один раз; объем по акту 3,4 м2.</w:t>
            </w:r>
          </w:p>
        </w:tc>
        <w:tc>
          <w:tcPr>
            <w:tcW w:w="2835" w:type="dxa"/>
          </w:tcPr>
          <w:p w14:paraId="5078D3C4" w14:textId="77777777" w:rsidR="00433A0A" w:rsidRDefault="002F3A98">
            <w:r>
              <w:rPr>
                <w:sz w:val="13"/>
              </w:rPr>
              <w:t xml:space="preserve">ФЕРм39-02-001-21 — ВИК сварных соединений оборудования/конструкций с одной стороны, м шва; при контроле с двух сторон — </w:t>
            </w:r>
            <w:r>
              <w:rPr>
                <w:sz w:val="13"/>
              </w:rPr>
              <w:t>39-02-001-22.</w:t>
            </w:r>
          </w:p>
        </w:tc>
        <w:tc>
          <w:tcPr>
            <w:tcW w:w="1587" w:type="dxa"/>
          </w:tcPr>
          <w:p w14:paraId="4660E7E9" w14:textId="77777777" w:rsidR="00433A0A" w:rsidRDefault="00433A0A"/>
        </w:tc>
      </w:tr>
      <w:tr w:rsidR="00433A0A" w14:paraId="2D39C266" w14:textId="77777777">
        <w:trPr>
          <w:cantSplit/>
          <w:jc w:val="center"/>
        </w:trPr>
        <w:tc>
          <w:tcPr>
            <w:tcW w:w="454" w:type="dxa"/>
            <w:shd w:val="clear" w:color="auto" w:fill="F7F7F7"/>
          </w:tcPr>
          <w:p w14:paraId="37630308" w14:textId="77777777" w:rsidR="00433A0A" w:rsidRDefault="002F3A98">
            <w:r>
              <w:rPr>
                <w:sz w:val="13"/>
              </w:rPr>
              <w:t>6</w:t>
            </w:r>
          </w:p>
        </w:tc>
        <w:tc>
          <w:tcPr>
            <w:tcW w:w="1871" w:type="dxa"/>
            <w:shd w:val="clear" w:color="auto" w:fill="F7F7F7"/>
          </w:tcPr>
          <w:p w14:paraId="6C78191A" w14:textId="77777777" w:rsidR="00433A0A" w:rsidRDefault="002F3A98">
            <w:r>
              <w:rPr>
                <w:sz w:val="13"/>
              </w:rPr>
              <w:t>Настил 1Н1-50</w:t>
            </w:r>
          </w:p>
        </w:tc>
        <w:tc>
          <w:tcPr>
            <w:tcW w:w="2154" w:type="dxa"/>
            <w:shd w:val="clear" w:color="auto" w:fill="F7F7F7"/>
          </w:tcPr>
          <w:p w14:paraId="5667FA6C" w14:textId="77777777" w:rsidR="00433A0A" w:rsidRDefault="002F3A98">
            <w:r>
              <w:rPr>
                <w:sz w:val="13"/>
              </w:rPr>
              <w:t>металл 65,9 кг; сварка 2,48/65,9; ВИК 2,48 м; ГФ-021 3,1 м2</w:t>
            </w:r>
          </w:p>
        </w:tc>
        <w:tc>
          <w:tcPr>
            <w:tcW w:w="2835" w:type="dxa"/>
            <w:shd w:val="clear" w:color="auto" w:fill="F7F7F7"/>
          </w:tcPr>
          <w:p w14:paraId="6DFEE45D" w14:textId="77777777" w:rsidR="00433A0A" w:rsidRDefault="002F3A98">
            <w:r>
              <w:rPr>
                <w:sz w:val="13"/>
              </w:rPr>
              <w:t xml:space="preserve">ФЕРм38-01-004-01 — Площадки/настилы. Изготовление применять как «площадки для обслуживания оборудования и трубопроводов», с краном на автомобильном </w:t>
            </w:r>
            <w:r>
              <w:rPr>
                <w:sz w:val="13"/>
              </w:rPr>
              <w:t>ходу/манипулятором, применительно.</w:t>
            </w:r>
          </w:p>
        </w:tc>
        <w:tc>
          <w:tcPr>
            <w:tcW w:w="2835" w:type="dxa"/>
            <w:shd w:val="clear" w:color="auto" w:fill="F7F7F7"/>
          </w:tcPr>
          <w:p w14:paraId="668BA989" w14:textId="77777777" w:rsidR="00433A0A" w:rsidRDefault="002F3A98">
            <w:r>
              <w:rPr>
                <w:sz w:val="13"/>
              </w:rPr>
              <w:t>ФЕР09-03-030-01 — Монтаж площадок с настилом и ограждением из листовой, рифленой, просечной и круглой стали. Если это отдельные щиты встроенных площадок — проверить 09-03-031-01.</w:t>
            </w:r>
          </w:p>
        </w:tc>
        <w:tc>
          <w:tcPr>
            <w:tcW w:w="2381" w:type="dxa"/>
            <w:shd w:val="clear" w:color="auto" w:fill="F7F7F7"/>
          </w:tcPr>
          <w:p w14:paraId="16F3E063" w14:textId="77777777" w:rsidR="00433A0A" w:rsidRDefault="002F3A98">
            <w:r>
              <w:rPr>
                <w:sz w:val="13"/>
              </w:rPr>
              <w:t>ФЕР13-03-004-04 — огрунтовка металлических</w:t>
            </w:r>
            <w:r>
              <w:rPr>
                <w:sz w:val="13"/>
              </w:rPr>
              <w:t xml:space="preserve"> поверхностей грунтовкой ГФ-021 за один раз; объем по акту 3,1 м2.</w:t>
            </w:r>
          </w:p>
        </w:tc>
        <w:tc>
          <w:tcPr>
            <w:tcW w:w="2835" w:type="dxa"/>
            <w:shd w:val="clear" w:color="auto" w:fill="F7F7F7"/>
          </w:tcPr>
          <w:p w14:paraId="24F3F3DC" w14:textId="77777777" w:rsidR="00433A0A" w:rsidRDefault="002F3A98">
            <w:r>
              <w:rPr>
                <w:sz w:val="13"/>
              </w:rPr>
              <w:t>ФЕРм39-02-001-21 — ВИК сварных соединений оборудования/конструкций с одной стороны, м шва; при контроле с двух сторон — 39-02-001-22.</w:t>
            </w:r>
          </w:p>
        </w:tc>
        <w:tc>
          <w:tcPr>
            <w:tcW w:w="1587" w:type="dxa"/>
            <w:shd w:val="clear" w:color="auto" w:fill="F7F7F7"/>
          </w:tcPr>
          <w:p w14:paraId="3DDEF3BF" w14:textId="77777777" w:rsidR="00433A0A" w:rsidRDefault="00433A0A"/>
        </w:tc>
      </w:tr>
      <w:tr w:rsidR="00433A0A" w14:paraId="7557CAC8" w14:textId="77777777">
        <w:trPr>
          <w:cantSplit/>
          <w:jc w:val="center"/>
        </w:trPr>
        <w:tc>
          <w:tcPr>
            <w:tcW w:w="454" w:type="dxa"/>
          </w:tcPr>
          <w:p w14:paraId="1BE39EFF" w14:textId="77777777" w:rsidR="00433A0A" w:rsidRDefault="002F3A98">
            <w:r>
              <w:rPr>
                <w:sz w:val="13"/>
              </w:rPr>
              <w:t>7</w:t>
            </w:r>
          </w:p>
        </w:tc>
        <w:tc>
          <w:tcPr>
            <w:tcW w:w="1871" w:type="dxa"/>
          </w:tcPr>
          <w:p w14:paraId="06574B3F" w14:textId="77777777" w:rsidR="00433A0A" w:rsidRDefault="002F3A98">
            <w:r>
              <w:rPr>
                <w:sz w:val="13"/>
              </w:rPr>
              <w:t>Настил 1Н1-46</w:t>
            </w:r>
          </w:p>
        </w:tc>
        <w:tc>
          <w:tcPr>
            <w:tcW w:w="2154" w:type="dxa"/>
          </w:tcPr>
          <w:p w14:paraId="5DEE629D" w14:textId="77777777" w:rsidR="00433A0A" w:rsidRDefault="002F3A98">
            <w:r>
              <w:rPr>
                <w:sz w:val="13"/>
              </w:rPr>
              <w:t xml:space="preserve">металл 57,9 кг; сварка </w:t>
            </w:r>
            <w:r>
              <w:rPr>
                <w:sz w:val="13"/>
              </w:rPr>
              <w:t>2,20/57,9; ВИК 2,2 м; ГФ-021 2,8 м2</w:t>
            </w:r>
          </w:p>
        </w:tc>
        <w:tc>
          <w:tcPr>
            <w:tcW w:w="2835" w:type="dxa"/>
          </w:tcPr>
          <w:p w14:paraId="1D49F9C1" w14:textId="77777777" w:rsidR="00433A0A" w:rsidRDefault="002F3A98">
            <w:r>
              <w:rPr>
                <w:sz w:val="13"/>
              </w:rPr>
              <w:t>ФЕРм38-01-004-01 — Площадки/настилы. Изготовление применять как «площадки для обслуживания оборудования и трубопроводов», с краном на автомобильном ходу/манипулятором, применительно.</w:t>
            </w:r>
          </w:p>
        </w:tc>
        <w:tc>
          <w:tcPr>
            <w:tcW w:w="2835" w:type="dxa"/>
          </w:tcPr>
          <w:p w14:paraId="39FF16FD" w14:textId="77777777" w:rsidR="00433A0A" w:rsidRDefault="002F3A98">
            <w:r>
              <w:rPr>
                <w:sz w:val="13"/>
              </w:rPr>
              <w:t>ФЕР09-03-030-01 — Монтаж площадок с н</w:t>
            </w:r>
            <w:r>
              <w:rPr>
                <w:sz w:val="13"/>
              </w:rPr>
              <w:t>астилом и ограждением из листовой, рифленой, просечной и круглой стали. Если это отдельные щиты встроенных площадок — проверить 09-03-031-01.</w:t>
            </w:r>
          </w:p>
        </w:tc>
        <w:tc>
          <w:tcPr>
            <w:tcW w:w="2381" w:type="dxa"/>
          </w:tcPr>
          <w:p w14:paraId="0A21B264" w14:textId="77777777" w:rsidR="00433A0A" w:rsidRDefault="002F3A98">
            <w:r>
              <w:rPr>
                <w:sz w:val="13"/>
              </w:rPr>
              <w:t>ФЕР13-03-004-04 — огрунтовка металлических поверхностей грунтовкой ГФ-021 за один раз; объем по акту 2,8 м2.</w:t>
            </w:r>
          </w:p>
        </w:tc>
        <w:tc>
          <w:tcPr>
            <w:tcW w:w="2835" w:type="dxa"/>
          </w:tcPr>
          <w:p w14:paraId="49C56EEF" w14:textId="77777777" w:rsidR="00433A0A" w:rsidRDefault="002F3A98">
            <w:r>
              <w:rPr>
                <w:sz w:val="13"/>
              </w:rPr>
              <w:t>ФЕРм3</w:t>
            </w:r>
            <w:r>
              <w:rPr>
                <w:sz w:val="13"/>
              </w:rPr>
              <w:t>9-02-001-21 — ВИК сварных соединений оборудования/конструкций с одной стороны, м шва; при контроле с двух сторон — 39-02-001-22.</w:t>
            </w:r>
          </w:p>
        </w:tc>
        <w:tc>
          <w:tcPr>
            <w:tcW w:w="1587" w:type="dxa"/>
          </w:tcPr>
          <w:p w14:paraId="363DA10A" w14:textId="77777777" w:rsidR="00433A0A" w:rsidRDefault="00433A0A"/>
        </w:tc>
      </w:tr>
      <w:tr w:rsidR="00433A0A" w14:paraId="77E0CBA8" w14:textId="77777777">
        <w:trPr>
          <w:cantSplit/>
          <w:jc w:val="center"/>
        </w:trPr>
        <w:tc>
          <w:tcPr>
            <w:tcW w:w="454" w:type="dxa"/>
            <w:shd w:val="clear" w:color="auto" w:fill="F7F7F7"/>
          </w:tcPr>
          <w:p w14:paraId="440B45CE" w14:textId="77777777" w:rsidR="00433A0A" w:rsidRDefault="002F3A98">
            <w:r>
              <w:rPr>
                <w:sz w:val="13"/>
              </w:rPr>
              <w:lastRenderedPageBreak/>
              <w:t>8</w:t>
            </w:r>
          </w:p>
        </w:tc>
        <w:tc>
          <w:tcPr>
            <w:tcW w:w="1871" w:type="dxa"/>
            <w:shd w:val="clear" w:color="auto" w:fill="F7F7F7"/>
          </w:tcPr>
          <w:p w14:paraId="7F81C015" w14:textId="77777777" w:rsidR="00433A0A" w:rsidRDefault="002F3A98">
            <w:r>
              <w:rPr>
                <w:sz w:val="13"/>
              </w:rPr>
              <w:t>Настил 1Н1-43</w:t>
            </w:r>
          </w:p>
        </w:tc>
        <w:tc>
          <w:tcPr>
            <w:tcW w:w="2154" w:type="dxa"/>
            <w:shd w:val="clear" w:color="auto" w:fill="F7F7F7"/>
          </w:tcPr>
          <w:p w14:paraId="2FB2D413" w14:textId="77777777" w:rsidR="00433A0A" w:rsidRDefault="002F3A98">
            <w:r>
              <w:rPr>
                <w:sz w:val="13"/>
              </w:rPr>
              <w:t>металл 224,9 кг; сварка 9,70/224,9; ВИК 9,7 м; ГФ-021 9,3 м2</w:t>
            </w:r>
          </w:p>
        </w:tc>
        <w:tc>
          <w:tcPr>
            <w:tcW w:w="2835" w:type="dxa"/>
            <w:shd w:val="clear" w:color="auto" w:fill="F7F7F7"/>
          </w:tcPr>
          <w:p w14:paraId="7A7EACD9" w14:textId="77777777" w:rsidR="00433A0A" w:rsidRDefault="002F3A98">
            <w:r>
              <w:rPr>
                <w:sz w:val="13"/>
              </w:rPr>
              <w:t xml:space="preserve">ФЕРм38-01-004-01 — </w:t>
            </w:r>
            <w:r>
              <w:rPr>
                <w:sz w:val="13"/>
              </w:rPr>
              <w:t>Площадки/настилы. Изготовление применять как «площадки для обслуживания оборудования и трубопроводов», с краном на автомобильном ходу/манипулятором, применительно.</w:t>
            </w:r>
          </w:p>
        </w:tc>
        <w:tc>
          <w:tcPr>
            <w:tcW w:w="2835" w:type="dxa"/>
            <w:shd w:val="clear" w:color="auto" w:fill="F7F7F7"/>
          </w:tcPr>
          <w:p w14:paraId="68B9F9C4" w14:textId="77777777" w:rsidR="00433A0A" w:rsidRDefault="002F3A98">
            <w:r>
              <w:rPr>
                <w:sz w:val="13"/>
              </w:rPr>
              <w:t xml:space="preserve">ФЕР09-03-030-01 — Монтаж площадок с настилом и ограждением из листовой, рифленой, просечной </w:t>
            </w:r>
            <w:r>
              <w:rPr>
                <w:sz w:val="13"/>
              </w:rPr>
              <w:t>и круглой стали. Если это отдельные щиты встроенных площадок — проверить 09-03-031-01.</w:t>
            </w:r>
          </w:p>
        </w:tc>
        <w:tc>
          <w:tcPr>
            <w:tcW w:w="2381" w:type="dxa"/>
            <w:shd w:val="clear" w:color="auto" w:fill="F7F7F7"/>
          </w:tcPr>
          <w:p w14:paraId="41AFB4A3" w14:textId="77777777" w:rsidR="00433A0A" w:rsidRDefault="002F3A98">
            <w:r>
              <w:rPr>
                <w:sz w:val="13"/>
              </w:rPr>
              <w:t>ФЕР13-03-004-04 — огрунтовка металлических поверхностей грунтовкой ГФ-021 за один раз; объем по акту 9,3 м2.</w:t>
            </w:r>
          </w:p>
        </w:tc>
        <w:tc>
          <w:tcPr>
            <w:tcW w:w="2835" w:type="dxa"/>
            <w:shd w:val="clear" w:color="auto" w:fill="F7F7F7"/>
          </w:tcPr>
          <w:p w14:paraId="0CB1A24A" w14:textId="77777777" w:rsidR="00433A0A" w:rsidRDefault="002F3A98">
            <w:r>
              <w:rPr>
                <w:sz w:val="13"/>
              </w:rPr>
              <w:t>ФЕРм39-02-001-21 — ВИК сварных соединений оборудования/конст</w:t>
            </w:r>
            <w:r>
              <w:rPr>
                <w:sz w:val="13"/>
              </w:rPr>
              <w:t>рукций с одной стороны, м шва; при контроле с двух сторон — 39-02-001-22.</w:t>
            </w:r>
          </w:p>
        </w:tc>
        <w:tc>
          <w:tcPr>
            <w:tcW w:w="1587" w:type="dxa"/>
            <w:shd w:val="clear" w:color="auto" w:fill="F7F7F7"/>
          </w:tcPr>
          <w:p w14:paraId="15ABB8E4" w14:textId="77777777" w:rsidR="00433A0A" w:rsidRDefault="00433A0A"/>
        </w:tc>
      </w:tr>
      <w:tr w:rsidR="00433A0A" w14:paraId="47B1F92D" w14:textId="77777777">
        <w:trPr>
          <w:cantSplit/>
          <w:jc w:val="center"/>
        </w:trPr>
        <w:tc>
          <w:tcPr>
            <w:tcW w:w="454" w:type="dxa"/>
          </w:tcPr>
          <w:p w14:paraId="05F1DB27" w14:textId="77777777" w:rsidR="00433A0A" w:rsidRDefault="002F3A98">
            <w:r>
              <w:rPr>
                <w:sz w:val="13"/>
              </w:rPr>
              <w:t>9</w:t>
            </w:r>
          </w:p>
        </w:tc>
        <w:tc>
          <w:tcPr>
            <w:tcW w:w="1871" w:type="dxa"/>
          </w:tcPr>
          <w:p w14:paraId="2A712908" w14:textId="77777777" w:rsidR="00433A0A" w:rsidRDefault="002F3A98">
            <w:r>
              <w:rPr>
                <w:sz w:val="13"/>
              </w:rPr>
              <w:t>Настил 1Н1-33</w:t>
            </w:r>
          </w:p>
        </w:tc>
        <w:tc>
          <w:tcPr>
            <w:tcW w:w="2154" w:type="dxa"/>
          </w:tcPr>
          <w:p w14:paraId="523FE4C8" w14:textId="77777777" w:rsidR="00433A0A" w:rsidRDefault="002F3A98">
            <w:r>
              <w:rPr>
                <w:sz w:val="13"/>
              </w:rPr>
              <w:t>металл 56,7 кг; сварка 0,90/56,6; ВИК 0,9 м; ГФ-021 2,7 м2</w:t>
            </w:r>
          </w:p>
        </w:tc>
        <w:tc>
          <w:tcPr>
            <w:tcW w:w="2835" w:type="dxa"/>
          </w:tcPr>
          <w:p w14:paraId="7838B46E" w14:textId="77777777" w:rsidR="00433A0A" w:rsidRDefault="002F3A98">
            <w:r>
              <w:rPr>
                <w:sz w:val="13"/>
              </w:rPr>
              <w:t xml:space="preserve">ФЕРм38-01-004-01 — Площадки/настилы. Изготовление применять как «площадки для обслуживания </w:t>
            </w:r>
            <w:r>
              <w:rPr>
                <w:sz w:val="13"/>
              </w:rPr>
              <w:t>оборудования и трубопроводов», с краном на автомобильном ходу/манипулятором, применительно.</w:t>
            </w:r>
          </w:p>
        </w:tc>
        <w:tc>
          <w:tcPr>
            <w:tcW w:w="2835" w:type="dxa"/>
          </w:tcPr>
          <w:p w14:paraId="326ECFC1" w14:textId="77777777" w:rsidR="00433A0A" w:rsidRDefault="002F3A98">
            <w:r>
              <w:rPr>
                <w:sz w:val="13"/>
              </w:rPr>
              <w:t>ФЕР09-03-030-01 — Монтаж площадок с настилом и ограждением из листовой, рифленой, просечной и круглой стали. Если это отдельные щиты встроенных площадок — проверить</w:t>
            </w:r>
            <w:r>
              <w:rPr>
                <w:sz w:val="13"/>
              </w:rPr>
              <w:t xml:space="preserve"> 09-03-031-01.</w:t>
            </w:r>
          </w:p>
        </w:tc>
        <w:tc>
          <w:tcPr>
            <w:tcW w:w="2381" w:type="dxa"/>
          </w:tcPr>
          <w:p w14:paraId="6024F940" w14:textId="77777777" w:rsidR="00433A0A" w:rsidRDefault="002F3A98">
            <w:r>
              <w:rPr>
                <w:sz w:val="13"/>
              </w:rPr>
              <w:t>ФЕР13-03-004-04 — огрунтовка металлических поверхностей грунтовкой ГФ-021 за один раз; объем по акту 2,7 м2.</w:t>
            </w:r>
          </w:p>
        </w:tc>
        <w:tc>
          <w:tcPr>
            <w:tcW w:w="2835" w:type="dxa"/>
          </w:tcPr>
          <w:p w14:paraId="057AF9CD" w14:textId="77777777" w:rsidR="00433A0A" w:rsidRDefault="002F3A98">
            <w:r>
              <w:rPr>
                <w:sz w:val="13"/>
              </w:rPr>
              <w:t>ФЕРм39-02-001-21 — ВИК сварных соединений оборудования/конструкций с одной стороны, м шва; при контроле с двух сторон — 39-02-001-22</w:t>
            </w:r>
            <w:r>
              <w:rPr>
                <w:sz w:val="13"/>
              </w:rPr>
              <w:t>.</w:t>
            </w:r>
          </w:p>
        </w:tc>
        <w:tc>
          <w:tcPr>
            <w:tcW w:w="1587" w:type="dxa"/>
          </w:tcPr>
          <w:p w14:paraId="59CDD003" w14:textId="77777777" w:rsidR="00433A0A" w:rsidRDefault="00433A0A"/>
        </w:tc>
      </w:tr>
      <w:tr w:rsidR="00433A0A" w14:paraId="488EA41E" w14:textId="77777777">
        <w:trPr>
          <w:cantSplit/>
          <w:jc w:val="center"/>
        </w:trPr>
        <w:tc>
          <w:tcPr>
            <w:tcW w:w="454" w:type="dxa"/>
            <w:shd w:val="clear" w:color="auto" w:fill="F7F7F7"/>
          </w:tcPr>
          <w:p w14:paraId="11B11761" w14:textId="77777777" w:rsidR="00433A0A" w:rsidRDefault="002F3A98">
            <w:r>
              <w:rPr>
                <w:sz w:val="13"/>
              </w:rPr>
              <w:t>10</w:t>
            </w:r>
          </w:p>
        </w:tc>
        <w:tc>
          <w:tcPr>
            <w:tcW w:w="1871" w:type="dxa"/>
            <w:shd w:val="clear" w:color="auto" w:fill="F7F7F7"/>
          </w:tcPr>
          <w:p w14:paraId="51DAAA85" w14:textId="77777777" w:rsidR="00433A0A" w:rsidRDefault="002F3A98">
            <w:r>
              <w:rPr>
                <w:sz w:val="13"/>
              </w:rPr>
              <w:t>Балка 1Б4-14</w:t>
            </w:r>
          </w:p>
        </w:tc>
        <w:tc>
          <w:tcPr>
            <w:tcW w:w="2154" w:type="dxa"/>
            <w:shd w:val="clear" w:color="auto" w:fill="F7F7F7"/>
          </w:tcPr>
          <w:p w14:paraId="4CCC98B1" w14:textId="77777777" w:rsidR="00433A0A" w:rsidRDefault="002F3A98">
            <w:r>
              <w:rPr>
                <w:sz w:val="13"/>
              </w:rPr>
              <w:t>металл 653,8 кг; сварка 12,50/653,8; ВИК 12,5 м; ГФ-021 11,9 м2</w:t>
            </w:r>
          </w:p>
        </w:tc>
        <w:tc>
          <w:tcPr>
            <w:tcW w:w="2835" w:type="dxa"/>
            <w:shd w:val="clear" w:color="auto" w:fill="F7F7F7"/>
          </w:tcPr>
          <w:p w14:paraId="600A991D" w14:textId="77777777" w:rsidR="00433A0A" w:rsidRDefault="002F3A98">
            <w:r>
              <w:rPr>
                <w:sz w:val="13"/>
              </w:rPr>
              <w:t>ФЕРм38-01-002-01 — Балки, ригели и аналогичные конструкции; сборка с краном на автомобильном ходу/манипулятором.</w:t>
            </w:r>
          </w:p>
        </w:tc>
        <w:tc>
          <w:tcPr>
            <w:tcW w:w="2835" w:type="dxa"/>
            <w:shd w:val="clear" w:color="auto" w:fill="F7F7F7"/>
          </w:tcPr>
          <w:p w14:paraId="11A0CD12" w14:textId="77777777" w:rsidR="00433A0A" w:rsidRDefault="002F3A98">
            <w:r>
              <w:rPr>
                <w:sz w:val="13"/>
              </w:rPr>
              <w:t xml:space="preserve">ФЕР09-03-002-12 — Монтаж балок/ригелей </w:t>
            </w:r>
            <w:r>
              <w:rPr>
                <w:sz w:val="13"/>
              </w:rPr>
              <w:t>перекрытия, покрытия и под оборудование при высоте здания до 25 м. При высоте до 50 м — 09-03-002-13.</w:t>
            </w:r>
          </w:p>
        </w:tc>
        <w:tc>
          <w:tcPr>
            <w:tcW w:w="2381" w:type="dxa"/>
            <w:shd w:val="clear" w:color="auto" w:fill="F7F7F7"/>
          </w:tcPr>
          <w:p w14:paraId="60E7F5B7" w14:textId="77777777" w:rsidR="00433A0A" w:rsidRDefault="002F3A98">
            <w:r>
              <w:rPr>
                <w:sz w:val="13"/>
              </w:rPr>
              <w:t>ФЕР13-03-004-04 — огрунтовка металлических поверхностей грунтовкой ГФ-021 за один раз; объем по акту 11,9 м2.</w:t>
            </w:r>
          </w:p>
        </w:tc>
        <w:tc>
          <w:tcPr>
            <w:tcW w:w="2835" w:type="dxa"/>
            <w:shd w:val="clear" w:color="auto" w:fill="F7F7F7"/>
          </w:tcPr>
          <w:p w14:paraId="3DCA66F1" w14:textId="77777777" w:rsidR="00433A0A" w:rsidRDefault="002F3A98">
            <w:r>
              <w:rPr>
                <w:sz w:val="13"/>
              </w:rPr>
              <w:t>ФЕРм39-02-001-21 — ВИК сварных соединений об</w:t>
            </w:r>
            <w:r>
              <w:rPr>
                <w:sz w:val="13"/>
              </w:rPr>
              <w:t>орудования/конструкций с одной стороны, м шва; при контроле с двух сторон — 39-02-001-22.</w:t>
            </w:r>
          </w:p>
        </w:tc>
        <w:tc>
          <w:tcPr>
            <w:tcW w:w="1587" w:type="dxa"/>
            <w:shd w:val="clear" w:color="auto" w:fill="F7F7F7"/>
          </w:tcPr>
          <w:p w14:paraId="18DBEFE3" w14:textId="77777777" w:rsidR="00433A0A" w:rsidRDefault="00433A0A"/>
        </w:tc>
      </w:tr>
      <w:tr w:rsidR="00433A0A" w14:paraId="24CEA417" w14:textId="77777777">
        <w:trPr>
          <w:cantSplit/>
          <w:jc w:val="center"/>
        </w:trPr>
        <w:tc>
          <w:tcPr>
            <w:tcW w:w="454" w:type="dxa"/>
          </w:tcPr>
          <w:p w14:paraId="233AE5C5" w14:textId="77777777" w:rsidR="00433A0A" w:rsidRDefault="002F3A98">
            <w:r>
              <w:rPr>
                <w:sz w:val="13"/>
              </w:rPr>
              <w:t>11</w:t>
            </w:r>
          </w:p>
        </w:tc>
        <w:tc>
          <w:tcPr>
            <w:tcW w:w="1871" w:type="dxa"/>
          </w:tcPr>
          <w:p w14:paraId="258D8C5C" w14:textId="77777777" w:rsidR="00433A0A" w:rsidRDefault="002F3A98">
            <w:r>
              <w:rPr>
                <w:sz w:val="13"/>
              </w:rPr>
              <w:t>Балка 1Б5-1</w:t>
            </w:r>
          </w:p>
        </w:tc>
        <w:tc>
          <w:tcPr>
            <w:tcW w:w="2154" w:type="dxa"/>
          </w:tcPr>
          <w:p w14:paraId="424E7E70" w14:textId="77777777" w:rsidR="00433A0A" w:rsidRDefault="002F3A98">
            <w:r>
              <w:rPr>
                <w:sz w:val="13"/>
              </w:rPr>
              <w:t>металл 263,1 кг; сварка 4,80/263,1; ВИК 4,8 м; УЗК 4,8 м; ГФ-021 4,9 м2</w:t>
            </w:r>
          </w:p>
        </w:tc>
        <w:tc>
          <w:tcPr>
            <w:tcW w:w="2835" w:type="dxa"/>
          </w:tcPr>
          <w:p w14:paraId="5855606F" w14:textId="77777777" w:rsidR="00433A0A" w:rsidRDefault="002F3A98">
            <w:r>
              <w:rPr>
                <w:sz w:val="13"/>
              </w:rPr>
              <w:t xml:space="preserve">ФЕРм38-01-002-01 — Балки, ригели и аналогичные конструкции; сборка с </w:t>
            </w:r>
            <w:r>
              <w:rPr>
                <w:sz w:val="13"/>
              </w:rPr>
              <w:t>краном на автомобильном ходу/манипулятором.</w:t>
            </w:r>
          </w:p>
        </w:tc>
        <w:tc>
          <w:tcPr>
            <w:tcW w:w="2835" w:type="dxa"/>
          </w:tcPr>
          <w:p w14:paraId="5E6162AE" w14:textId="77777777" w:rsidR="00433A0A" w:rsidRDefault="002F3A98">
            <w:r>
              <w:rPr>
                <w:sz w:val="13"/>
              </w:rPr>
              <w:t>ФЕР09-03-002-12 — Монтаж балок/ригелей перекрытия, покрытия и под оборудование при высоте здания до 25 м. При высоте до 50 м — 09-03-002-13.</w:t>
            </w:r>
          </w:p>
        </w:tc>
        <w:tc>
          <w:tcPr>
            <w:tcW w:w="2381" w:type="dxa"/>
          </w:tcPr>
          <w:p w14:paraId="59139DAD" w14:textId="77777777" w:rsidR="00433A0A" w:rsidRDefault="002F3A98">
            <w:r>
              <w:rPr>
                <w:sz w:val="13"/>
              </w:rPr>
              <w:t>ФЕР13-03-004-04 — огрунтовка металлических поверхностей грунтовкой ГФ-0</w:t>
            </w:r>
            <w:r>
              <w:rPr>
                <w:sz w:val="13"/>
              </w:rPr>
              <w:t>21 за один раз; объем по акту 4,9 м2.</w:t>
            </w:r>
          </w:p>
        </w:tc>
        <w:tc>
          <w:tcPr>
            <w:tcW w:w="2835" w:type="dxa"/>
          </w:tcPr>
          <w:p w14:paraId="6094E856" w14:textId="77777777" w:rsidR="00433A0A" w:rsidRDefault="002F3A98">
            <w:r>
              <w:rPr>
                <w:sz w:val="13"/>
              </w:rPr>
              <w:t>ФЕРм39-02-001-21 — ВИК сварных соединений оборудования/конструкций с одной стороны, м шва; при контроле с двух сторон — 39-02-001-22.; ФЕРм39-02-008-01 — УЗК оборудования/конструкций, толщина до 10 мм, уточнить по КМД.</w:t>
            </w:r>
          </w:p>
        </w:tc>
        <w:tc>
          <w:tcPr>
            <w:tcW w:w="1587" w:type="dxa"/>
          </w:tcPr>
          <w:p w14:paraId="4BA21A10" w14:textId="77777777" w:rsidR="00433A0A" w:rsidRDefault="00433A0A"/>
        </w:tc>
      </w:tr>
      <w:tr w:rsidR="00433A0A" w14:paraId="21CD57E9" w14:textId="77777777">
        <w:trPr>
          <w:cantSplit/>
          <w:jc w:val="center"/>
        </w:trPr>
        <w:tc>
          <w:tcPr>
            <w:tcW w:w="454" w:type="dxa"/>
            <w:shd w:val="clear" w:color="auto" w:fill="F7F7F7"/>
          </w:tcPr>
          <w:p w14:paraId="2679DCC0" w14:textId="77777777" w:rsidR="00433A0A" w:rsidRDefault="002F3A98">
            <w:r>
              <w:rPr>
                <w:sz w:val="13"/>
              </w:rPr>
              <w:t>12</w:t>
            </w:r>
          </w:p>
        </w:tc>
        <w:tc>
          <w:tcPr>
            <w:tcW w:w="1871" w:type="dxa"/>
            <w:shd w:val="clear" w:color="auto" w:fill="F7F7F7"/>
          </w:tcPr>
          <w:p w14:paraId="2C1675C9" w14:textId="77777777" w:rsidR="00433A0A" w:rsidRDefault="002F3A98">
            <w:r>
              <w:rPr>
                <w:sz w:val="13"/>
              </w:rPr>
              <w:t>Колонна 3К1-11</w:t>
            </w:r>
          </w:p>
        </w:tc>
        <w:tc>
          <w:tcPr>
            <w:tcW w:w="2154" w:type="dxa"/>
            <w:shd w:val="clear" w:color="auto" w:fill="F7F7F7"/>
          </w:tcPr>
          <w:p w14:paraId="74B17729" w14:textId="77777777" w:rsidR="00433A0A" w:rsidRDefault="002F3A98">
            <w:r>
              <w:rPr>
                <w:sz w:val="13"/>
              </w:rPr>
              <w:t>металл 1228 кг; сварка 48,00/1208,0; ВИК 48 м; ГФ-021 18,5 м2</w:t>
            </w:r>
          </w:p>
        </w:tc>
        <w:tc>
          <w:tcPr>
            <w:tcW w:w="2835" w:type="dxa"/>
            <w:shd w:val="clear" w:color="auto" w:fill="F7F7F7"/>
          </w:tcPr>
          <w:p w14:paraId="57354340" w14:textId="77777777" w:rsidR="00433A0A" w:rsidRDefault="002F3A98">
            <w:r>
              <w:rPr>
                <w:sz w:val="13"/>
              </w:rPr>
              <w:t>ФЕРм38-01-003-01 — Стойки/опоры, применительно к колоннам; сборка с краном на автомобильном ходу/манипулятором.</w:t>
            </w:r>
          </w:p>
        </w:tc>
        <w:tc>
          <w:tcPr>
            <w:tcW w:w="2835" w:type="dxa"/>
            <w:shd w:val="clear" w:color="auto" w:fill="F7F7F7"/>
          </w:tcPr>
          <w:p w14:paraId="3161C2B2" w14:textId="77777777" w:rsidR="00433A0A" w:rsidRDefault="002F3A98">
            <w:r>
              <w:rPr>
                <w:sz w:val="13"/>
              </w:rPr>
              <w:t xml:space="preserve">ФЕР09-03-002-02 — Монтаж колонн до 25 м цельного </w:t>
            </w:r>
            <w:r>
              <w:rPr>
                <w:sz w:val="13"/>
              </w:rPr>
              <w:t>сечения; подбор по ориентировочной массе 1.228 т. При составном сечении заменить на 09-03-002-04/05/06 по массе.</w:t>
            </w:r>
          </w:p>
        </w:tc>
        <w:tc>
          <w:tcPr>
            <w:tcW w:w="2381" w:type="dxa"/>
            <w:shd w:val="clear" w:color="auto" w:fill="F7F7F7"/>
          </w:tcPr>
          <w:p w14:paraId="0E76F558" w14:textId="77777777" w:rsidR="00433A0A" w:rsidRDefault="002F3A98">
            <w:r>
              <w:rPr>
                <w:sz w:val="13"/>
              </w:rPr>
              <w:t>ФЕР13-03-004-04 — огрунтовка металлических поверхностей грунтовкой ГФ-021 за один раз; объем по акту 18,5 м2.</w:t>
            </w:r>
          </w:p>
        </w:tc>
        <w:tc>
          <w:tcPr>
            <w:tcW w:w="2835" w:type="dxa"/>
            <w:shd w:val="clear" w:color="auto" w:fill="F7F7F7"/>
          </w:tcPr>
          <w:p w14:paraId="04AED9CF" w14:textId="77777777" w:rsidR="00433A0A" w:rsidRDefault="002F3A98">
            <w:r>
              <w:rPr>
                <w:sz w:val="13"/>
              </w:rPr>
              <w:t>ФЕРм39-02-001-21 — ВИК сварных со</w:t>
            </w:r>
            <w:r>
              <w:rPr>
                <w:sz w:val="13"/>
              </w:rPr>
              <w:t>единений оборудования/конструкций с одной стороны, м шва; при контроле с двух сторон — 39-02-001-22.</w:t>
            </w:r>
          </w:p>
        </w:tc>
        <w:tc>
          <w:tcPr>
            <w:tcW w:w="1587" w:type="dxa"/>
            <w:shd w:val="clear" w:color="auto" w:fill="F7F7F7"/>
          </w:tcPr>
          <w:p w14:paraId="42E68D73" w14:textId="77777777" w:rsidR="00433A0A" w:rsidRDefault="00433A0A"/>
        </w:tc>
      </w:tr>
      <w:tr w:rsidR="00433A0A" w14:paraId="00653343" w14:textId="77777777">
        <w:trPr>
          <w:cantSplit/>
          <w:jc w:val="center"/>
        </w:trPr>
        <w:tc>
          <w:tcPr>
            <w:tcW w:w="454" w:type="dxa"/>
          </w:tcPr>
          <w:p w14:paraId="5DB24508" w14:textId="77777777" w:rsidR="00433A0A" w:rsidRDefault="002F3A98">
            <w:r>
              <w:rPr>
                <w:sz w:val="13"/>
              </w:rPr>
              <w:t>13</w:t>
            </w:r>
          </w:p>
        </w:tc>
        <w:tc>
          <w:tcPr>
            <w:tcW w:w="1871" w:type="dxa"/>
          </w:tcPr>
          <w:p w14:paraId="1B0F3760" w14:textId="77777777" w:rsidR="00433A0A" w:rsidRDefault="002F3A98">
            <w:r>
              <w:rPr>
                <w:sz w:val="13"/>
              </w:rPr>
              <w:t>Колонна 3К1-15</w:t>
            </w:r>
          </w:p>
        </w:tc>
        <w:tc>
          <w:tcPr>
            <w:tcW w:w="2154" w:type="dxa"/>
          </w:tcPr>
          <w:p w14:paraId="31CC0DD5" w14:textId="77777777" w:rsidR="00433A0A" w:rsidRDefault="002F3A98">
            <w:r>
              <w:rPr>
                <w:sz w:val="13"/>
              </w:rPr>
              <w:t>металл 1243,8 кг; сварка 45,00/1222,8; ВИК 45 м; ГФ-021 19 м2</w:t>
            </w:r>
          </w:p>
        </w:tc>
        <w:tc>
          <w:tcPr>
            <w:tcW w:w="2835" w:type="dxa"/>
          </w:tcPr>
          <w:p w14:paraId="7C3B6171" w14:textId="77777777" w:rsidR="00433A0A" w:rsidRDefault="002F3A98">
            <w:r>
              <w:rPr>
                <w:sz w:val="13"/>
              </w:rPr>
              <w:t xml:space="preserve">ФЕРм38-01-003-01 — Стойки/опоры, применительно к колоннам; сборка с </w:t>
            </w:r>
            <w:r>
              <w:rPr>
                <w:sz w:val="13"/>
              </w:rPr>
              <w:t>краном на автомобильном ходу/манипулятором.</w:t>
            </w:r>
          </w:p>
        </w:tc>
        <w:tc>
          <w:tcPr>
            <w:tcW w:w="2835" w:type="dxa"/>
          </w:tcPr>
          <w:p w14:paraId="0D162DAE" w14:textId="77777777" w:rsidR="00433A0A" w:rsidRDefault="002F3A98">
            <w:r>
              <w:rPr>
                <w:sz w:val="13"/>
              </w:rPr>
              <w:t>ФЕР09-03-002-02 — Монтаж колонн до 25 м цельного сечения; подбор по ориентировочной массе 1.244 т. При составном сечении заменить на 09-03-002-04/05/06 по массе.</w:t>
            </w:r>
          </w:p>
        </w:tc>
        <w:tc>
          <w:tcPr>
            <w:tcW w:w="2381" w:type="dxa"/>
          </w:tcPr>
          <w:p w14:paraId="26E328FB" w14:textId="77777777" w:rsidR="00433A0A" w:rsidRDefault="002F3A98">
            <w:r>
              <w:rPr>
                <w:sz w:val="13"/>
              </w:rPr>
              <w:t>ФЕР13-03-004-04 — огрунтовка металлических поверхн</w:t>
            </w:r>
            <w:r>
              <w:rPr>
                <w:sz w:val="13"/>
              </w:rPr>
              <w:t>остей грунтовкой ГФ-021 за один раз; объем по акту 19 м2.</w:t>
            </w:r>
          </w:p>
        </w:tc>
        <w:tc>
          <w:tcPr>
            <w:tcW w:w="2835" w:type="dxa"/>
          </w:tcPr>
          <w:p w14:paraId="73A7E492" w14:textId="77777777" w:rsidR="00433A0A" w:rsidRDefault="002F3A98">
            <w:r>
              <w:rPr>
                <w:sz w:val="13"/>
              </w:rPr>
              <w:t>ФЕРм39-02-001-21 — ВИК сварных соединений оборудования/конструкций с одной стороны, м шва; при контроле с двух сторон — 39-02-001-22.</w:t>
            </w:r>
          </w:p>
        </w:tc>
        <w:tc>
          <w:tcPr>
            <w:tcW w:w="1587" w:type="dxa"/>
          </w:tcPr>
          <w:p w14:paraId="0AF8A882" w14:textId="77777777" w:rsidR="00433A0A" w:rsidRDefault="00433A0A"/>
        </w:tc>
      </w:tr>
      <w:tr w:rsidR="00433A0A" w14:paraId="4AD24A5A" w14:textId="77777777">
        <w:trPr>
          <w:cantSplit/>
          <w:jc w:val="center"/>
        </w:trPr>
        <w:tc>
          <w:tcPr>
            <w:tcW w:w="454" w:type="dxa"/>
            <w:shd w:val="clear" w:color="auto" w:fill="F7F7F7"/>
          </w:tcPr>
          <w:p w14:paraId="456C2F03" w14:textId="77777777" w:rsidR="00433A0A" w:rsidRDefault="002F3A98">
            <w:r>
              <w:rPr>
                <w:sz w:val="13"/>
              </w:rPr>
              <w:t>14</w:t>
            </w:r>
          </w:p>
        </w:tc>
        <w:tc>
          <w:tcPr>
            <w:tcW w:w="1871" w:type="dxa"/>
            <w:shd w:val="clear" w:color="auto" w:fill="F7F7F7"/>
          </w:tcPr>
          <w:p w14:paraId="62545D3B" w14:textId="77777777" w:rsidR="00433A0A" w:rsidRDefault="002F3A98">
            <w:r>
              <w:rPr>
                <w:sz w:val="13"/>
              </w:rPr>
              <w:t>Распорка 1Б1-1</w:t>
            </w:r>
          </w:p>
        </w:tc>
        <w:tc>
          <w:tcPr>
            <w:tcW w:w="2154" w:type="dxa"/>
            <w:shd w:val="clear" w:color="auto" w:fill="F7F7F7"/>
          </w:tcPr>
          <w:p w14:paraId="5989922C" w14:textId="77777777" w:rsidR="00433A0A" w:rsidRDefault="002F3A98">
            <w:r>
              <w:rPr>
                <w:sz w:val="13"/>
              </w:rPr>
              <w:t xml:space="preserve">металл 69,9 кг; сварка 1,04/69,9; ВИК </w:t>
            </w:r>
            <w:r>
              <w:rPr>
                <w:sz w:val="13"/>
              </w:rPr>
              <w:t>1,04 м; ГФ-021 1,79 м2</w:t>
            </w:r>
          </w:p>
        </w:tc>
        <w:tc>
          <w:tcPr>
            <w:tcW w:w="2835" w:type="dxa"/>
            <w:shd w:val="clear" w:color="auto" w:fill="F7F7F7"/>
          </w:tcPr>
          <w:p w14:paraId="0DB997DA" w14:textId="77777777" w:rsidR="00433A0A" w:rsidRDefault="002F3A98">
            <w:r>
              <w:rPr>
                <w:sz w:val="13"/>
              </w:rPr>
              <w:t>ФЕРм38-01-006-02 — Мелкие индивидуальные конструкции: связи, кронштейны и пр.; применительно к распоркам/связям.</w:t>
            </w:r>
          </w:p>
        </w:tc>
        <w:tc>
          <w:tcPr>
            <w:tcW w:w="2835" w:type="dxa"/>
            <w:shd w:val="clear" w:color="auto" w:fill="F7F7F7"/>
          </w:tcPr>
          <w:p w14:paraId="24032EF5" w14:textId="77777777" w:rsidR="00433A0A" w:rsidRDefault="002F3A98">
            <w:r>
              <w:rPr>
                <w:sz w:val="13"/>
              </w:rPr>
              <w:t>ФЕР09-03-014-01 — Монтаж связей и распорок из одиночных/парных уголков, гнутосварных профилей: пролет до 24 м, высота до</w:t>
            </w:r>
            <w:r>
              <w:rPr>
                <w:sz w:val="13"/>
              </w:rPr>
              <w:t xml:space="preserve"> 25 м. При иных параметрах — 09-03-014-02/03/04.</w:t>
            </w:r>
          </w:p>
        </w:tc>
        <w:tc>
          <w:tcPr>
            <w:tcW w:w="2381" w:type="dxa"/>
            <w:shd w:val="clear" w:color="auto" w:fill="F7F7F7"/>
          </w:tcPr>
          <w:p w14:paraId="292D3FA7" w14:textId="77777777" w:rsidR="00433A0A" w:rsidRDefault="002F3A98">
            <w:r>
              <w:rPr>
                <w:sz w:val="13"/>
              </w:rPr>
              <w:t>ФЕР13-03-004-04 — огрунтовка металлических поверхностей грунтовкой ГФ-021 за один раз; объем по акту 1,79 м2.</w:t>
            </w:r>
          </w:p>
        </w:tc>
        <w:tc>
          <w:tcPr>
            <w:tcW w:w="2835" w:type="dxa"/>
            <w:shd w:val="clear" w:color="auto" w:fill="F7F7F7"/>
          </w:tcPr>
          <w:p w14:paraId="47EFAA8E" w14:textId="77777777" w:rsidR="00433A0A" w:rsidRDefault="002F3A98">
            <w:r>
              <w:rPr>
                <w:sz w:val="13"/>
              </w:rPr>
              <w:t>ФЕРм39-02-001-21 — ВИК сварных соединений оборудования/конструкций с одной стороны, м шва; при ко</w:t>
            </w:r>
            <w:r>
              <w:rPr>
                <w:sz w:val="13"/>
              </w:rPr>
              <w:t>нтроле с двух сторон — 39-02-001-22.</w:t>
            </w:r>
          </w:p>
        </w:tc>
        <w:tc>
          <w:tcPr>
            <w:tcW w:w="1587" w:type="dxa"/>
            <w:shd w:val="clear" w:color="auto" w:fill="F7F7F7"/>
          </w:tcPr>
          <w:p w14:paraId="506EEEF7" w14:textId="77777777" w:rsidR="00433A0A" w:rsidRDefault="00433A0A"/>
        </w:tc>
      </w:tr>
      <w:tr w:rsidR="00433A0A" w14:paraId="0A9B46F3" w14:textId="77777777">
        <w:trPr>
          <w:cantSplit/>
          <w:jc w:val="center"/>
        </w:trPr>
        <w:tc>
          <w:tcPr>
            <w:tcW w:w="454" w:type="dxa"/>
          </w:tcPr>
          <w:p w14:paraId="007B499F" w14:textId="77777777" w:rsidR="00433A0A" w:rsidRDefault="002F3A98">
            <w:r>
              <w:rPr>
                <w:sz w:val="13"/>
              </w:rPr>
              <w:t>15</w:t>
            </w:r>
          </w:p>
        </w:tc>
        <w:tc>
          <w:tcPr>
            <w:tcW w:w="1871" w:type="dxa"/>
          </w:tcPr>
          <w:p w14:paraId="14C413F5" w14:textId="77777777" w:rsidR="00433A0A" w:rsidRDefault="002F3A98">
            <w:r>
              <w:rPr>
                <w:sz w:val="13"/>
              </w:rPr>
              <w:t>Ригель фахверка 1В1-10</w:t>
            </w:r>
          </w:p>
        </w:tc>
        <w:tc>
          <w:tcPr>
            <w:tcW w:w="2154" w:type="dxa"/>
          </w:tcPr>
          <w:p w14:paraId="413E6483" w14:textId="77777777" w:rsidR="00433A0A" w:rsidRDefault="002F3A98">
            <w:r>
              <w:rPr>
                <w:sz w:val="13"/>
              </w:rPr>
              <w:t>металл 41,1 кг; ГФ-021 1,34 м2</w:t>
            </w:r>
          </w:p>
        </w:tc>
        <w:tc>
          <w:tcPr>
            <w:tcW w:w="2835" w:type="dxa"/>
          </w:tcPr>
          <w:p w14:paraId="11A2D803" w14:textId="77777777" w:rsidR="00433A0A" w:rsidRDefault="002F3A98">
            <w:r>
              <w:rPr>
                <w:sz w:val="13"/>
              </w:rPr>
              <w:t>ФЕРм38-01-002-01 — Балки, ригели и аналогичные конструкции; сборка с краном на автомобильном ходу/манипулятором.</w:t>
            </w:r>
          </w:p>
        </w:tc>
        <w:tc>
          <w:tcPr>
            <w:tcW w:w="2835" w:type="dxa"/>
          </w:tcPr>
          <w:p w14:paraId="2F45A1CA" w14:textId="77777777" w:rsidR="00433A0A" w:rsidRDefault="002F3A98">
            <w:r>
              <w:rPr>
                <w:sz w:val="13"/>
              </w:rPr>
              <w:t xml:space="preserve">ФЕР09-03-002-12 — Монтаж </w:t>
            </w:r>
            <w:r>
              <w:rPr>
                <w:sz w:val="13"/>
              </w:rPr>
              <w:t>балок/ригелей перекрытия, покрытия и под оборудование при высоте здания до 25 м. При высоте до 50 м — 09-03-002-13.</w:t>
            </w:r>
          </w:p>
        </w:tc>
        <w:tc>
          <w:tcPr>
            <w:tcW w:w="2381" w:type="dxa"/>
          </w:tcPr>
          <w:p w14:paraId="1D5C8CCA" w14:textId="77777777" w:rsidR="00433A0A" w:rsidRDefault="002F3A98">
            <w:r>
              <w:rPr>
                <w:sz w:val="13"/>
              </w:rPr>
              <w:t>ФЕР13-03-004-04 — огрунтовка металлических поверхностей грунтовкой ГФ-021 за один раз; объем по акту 1,34 м2.</w:t>
            </w:r>
          </w:p>
        </w:tc>
        <w:tc>
          <w:tcPr>
            <w:tcW w:w="2835" w:type="dxa"/>
          </w:tcPr>
          <w:p w14:paraId="0291E306" w14:textId="77777777" w:rsidR="00433A0A" w:rsidRDefault="002F3A98">
            <w:r>
              <w:rPr>
                <w:sz w:val="13"/>
              </w:rPr>
              <w:t>— — Сварные соединения/ВИК в а</w:t>
            </w:r>
            <w:r>
              <w:rPr>
                <w:sz w:val="13"/>
              </w:rPr>
              <w:t>кте не указаны.</w:t>
            </w:r>
          </w:p>
        </w:tc>
        <w:tc>
          <w:tcPr>
            <w:tcW w:w="1587" w:type="dxa"/>
          </w:tcPr>
          <w:p w14:paraId="31BF1527" w14:textId="77777777" w:rsidR="00433A0A" w:rsidRDefault="00433A0A"/>
        </w:tc>
      </w:tr>
      <w:tr w:rsidR="00433A0A" w14:paraId="1F09873B" w14:textId="77777777">
        <w:trPr>
          <w:cantSplit/>
          <w:jc w:val="center"/>
        </w:trPr>
        <w:tc>
          <w:tcPr>
            <w:tcW w:w="454" w:type="dxa"/>
            <w:shd w:val="clear" w:color="auto" w:fill="F7F7F7"/>
          </w:tcPr>
          <w:p w14:paraId="01FD913A" w14:textId="77777777" w:rsidR="00433A0A" w:rsidRDefault="002F3A98">
            <w:r>
              <w:rPr>
                <w:sz w:val="13"/>
              </w:rPr>
              <w:t>16</w:t>
            </w:r>
          </w:p>
        </w:tc>
        <w:tc>
          <w:tcPr>
            <w:tcW w:w="1871" w:type="dxa"/>
            <w:shd w:val="clear" w:color="auto" w:fill="F7F7F7"/>
          </w:tcPr>
          <w:p w14:paraId="77B91357" w14:textId="77777777" w:rsidR="00433A0A" w:rsidRDefault="002F3A98">
            <w:r>
              <w:rPr>
                <w:sz w:val="13"/>
              </w:rPr>
              <w:t>Ригель фахверка 1В1-11</w:t>
            </w:r>
          </w:p>
        </w:tc>
        <w:tc>
          <w:tcPr>
            <w:tcW w:w="2154" w:type="dxa"/>
            <w:shd w:val="clear" w:color="auto" w:fill="F7F7F7"/>
          </w:tcPr>
          <w:p w14:paraId="1227F66F" w14:textId="77777777" w:rsidR="00433A0A" w:rsidRDefault="002F3A98">
            <w:r>
              <w:rPr>
                <w:sz w:val="13"/>
              </w:rPr>
              <w:t>металл 30,4 кг; ГФ-021 0,99 м2</w:t>
            </w:r>
          </w:p>
        </w:tc>
        <w:tc>
          <w:tcPr>
            <w:tcW w:w="2835" w:type="dxa"/>
            <w:shd w:val="clear" w:color="auto" w:fill="F7F7F7"/>
          </w:tcPr>
          <w:p w14:paraId="2225B440" w14:textId="77777777" w:rsidR="00433A0A" w:rsidRDefault="002F3A98">
            <w:r>
              <w:rPr>
                <w:sz w:val="13"/>
              </w:rPr>
              <w:t>ФЕРм38-01-002-01 — Балки, ригели и аналогичные конструкции; сборка с краном на автомобильном ходу/манипулятором.</w:t>
            </w:r>
          </w:p>
        </w:tc>
        <w:tc>
          <w:tcPr>
            <w:tcW w:w="2835" w:type="dxa"/>
            <w:shd w:val="clear" w:color="auto" w:fill="F7F7F7"/>
          </w:tcPr>
          <w:p w14:paraId="1B80D05F" w14:textId="77777777" w:rsidR="00433A0A" w:rsidRDefault="002F3A98">
            <w:r>
              <w:rPr>
                <w:sz w:val="13"/>
              </w:rPr>
              <w:t xml:space="preserve">ФЕР09-03-002-12 — Монтаж балок/ригелей перекрытия, покрытия и под </w:t>
            </w:r>
            <w:r>
              <w:rPr>
                <w:sz w:val="13"/>
              </w:rPr>
              <w:t>оборудование при высоте здания до 25 м. При высоте до 50 м — 09-03-002-13.</w:t>
            </w:r>
          </w:p>
        </w:tc>
        <w:tc>
          <w:tcPr>
            <w:tcW w:w="2381" w:type="dxa"/>
            <w:shd w:val="clear" w:color="auto" w:fill="F7F7F7"/>
          </w:tcPr>
          <w:p w14:paraId="37C68D2D" w14:textId="77777777" w:rsidR="00433A0A" w:rsidRDefault="002F3A98">
            <w:r>
              <w:rPr>
                <w:sz w:val="13"/>
              </w:rPr>
              <w:t>ФЕР13-03-004-04 — огрунтовка металлических поверхностей грунтовкой ГФ-021 за один раз; объем по акту 0,99 м2.</w:t>
            </w:r>
          </w:p>
        </w:tc>
        <w:tc>
          <w:tcPr>
            <w:tcW w:w="2835" w:type="dxa"/>
            <w:shd w:val="clear" w:color="auto" w:fill="F7F7F7"/>
          </w:tcPr>
          <w:p w14:paraId="5722C7D2" w14:textId="77777777" w:rsidR="00433A0A" w:rsidRDefault="002F3A98">
            <w:r>
              <w:rPr>
                <w:sz w:val="13"/>
              </w:rPr>
              <w:t>— — Сварные соединения/ВИК в акте не указаны.</w:t>
            </w:r>
          </w:p>
        </w:tc>
        <w:tc>
          <w:tcPr>
            <w:tcW w:w="1587" w:type="dxa"/>
            <w:shd w:val="clear" w:color="auto" w:fill="F7F7F7"/>
          </w:tcPr>
          <w:p w14:paraId="6C58A046" w14:textId="77777777" w:rsidR="00433A0A" w:rsidRDefault="00433A0A"/>
        </w:tc>
      </w:tr>
      <w:tr w:rsidR="00433A0A" w14:paraId="3B26AAA1" w14:textId="77777777">
        <w:trPr>
          <w:cantSplit/>
          <w:jc w:val="center"/>
        </w:trPr>
        <w:tc>
          <w:tcPr>
            <w:tcW w:w="454" w:type="dxa"/>
          </w:tcPr>
          <w:p w14:paraId="4B95A831" w14:textId="77777777" w:rsidR="00433A0A" w:rsidRDefault="002F3A98">
            <w:r>
              <w:rPr>
                <w:sz w:val="13"/>
              </w:rPr>
              <w:t>17</w:t>
            </w:r>
          </w:p>
        </w:tc>
        <w:tc>
          <w:tcPr>
            <w:tcW w:w="1871" w:type="dxa"/>
          </w:tcPr>
          <w:p w14:paraId="47623DC3" w14:textId="77777777" w:rsidR="00433A0A" w:rsidRDefault="002F3A98">
            <w:r>
              <w:rPr>
                <w:sz w:val="13"/>
              </w:rPr>
              <w:t xml:space="preserve">Распорка </w:t>
            </w:r>
            <w:r>
              <w:rPr>
                <w:sz w:val="13"/>
              </w:rPr>
              <w:t>1РС3-2</w:t>
            </w:r>
          </w:p>
        </w:tc>
        <w:tc>
          <w:tcPr>
            <w:tcW w:w="2154" w:type="dxa"/>
          </w:tcPr>
          <w:p w14:paraId="1EE83324" w14:textId="77777777" w:rsidR="00433A0A" w:rsidRDefault="002F3A98">
            <w:r>
              <w:rPr>
                <w:sz w:val="13"/>
              </w:rPr>
              <w:t>металл 187,6 кг; сварка 4,7/187,6; ВИК 4,7 м; ГФ-021 4,7 м2</w:t>
            </w:r>
          </w:p>
        </w:tc>
        <w:tc>
          <w:tcPr>
            <w:tcW w:w="2835" w:type="dxa"/>
          </w:tcPr>
          <w:p w14:paraId="4CFEA2A0" w14:textId="77777777" w:rsidR="00433A0A" w:rsidRDefault="002F3A98">
            <w:r>
              <w:rPr>
                <w:sz w:val="13"/>
              </w:rPr>
              <w:t>ФЕРм38-01-006-02 — Мелкие индивидуальные конструкции: связи, кронштейны и пр.; применительно к распоркам/связям.</w:t>
            </w:r>
          </w:p>
        </w:tc>
        <w:tc>
          <w:tcPr>
            <w:tcW w:w="2835" w:type="dxa"/>
          </w:tcPr>
          <w:p w14:paraId="5FB1B6F4" w14:textId="77777777" w:rsidR="00433A0A" w:rsidRDefault="002F3A98">
            <w:r>
              <w:rPr>
                <w:sz w:val="13"/>
              </w:rPr>
              <w:t>ФЕР09-03-014-01 — Монтаж связей и распорок из одиночных/парных уголков, гнут</w:t>
            </w:r>
            <w:r>
              <w:rPr>
                <w:sz w:val="13"/>
              </w:rPr>
              <w:t>осварных профилей: пролет до 24 м, высота до 25 м. При иных параметрах — 09-03-014-02/03/04.</w:t>
            </w:r>
          </w:p>
        </w:tc>
        <w:tc>
          <w:tcPr>
            <w:tcW w:w="2381" w:type="dxa"/>
          </w:tcPr>
          <w:p w14:paraId="3FC49EE2" w14:textId="77777777" w:rsidR="00433A0A" w:rsidRDefault="002F3A98">
            <w:r>
              <w:rPr>
                <w:sz w:val="13"/>
              </w:rPr>
              <w:t>ФЕР13-03-004-04 — огрунтовка металлических поверхностей грунтовкой ГФ-021 за один раз; объем по акту 4,7 м2.</w:t>
            </w:r>
          </w:p>
        </w:tc>
        <w:tc>
          <w:tcPr>
            <w:tcW w:w="2835" w:type="dxa"/>
          </w:tcPr>
          <w:p w14:paraId="751021AF" w14:textId="77777777" w:rsidR="00433A0A" w:rsidRDefault="002F3A98">
            <w:r>
              <w:rPr>
                <w:sz w:val="13"/>
              </w:rPr>
              <w:t>ФЕРм39-02-001-21 — ВИК сварных соединений оборудования</w:t>
            </w:r>
            <w:r>
              <w:rPr>
                <w:sz w:val="13"/>
              </w:rPr>
              <w:t>/конструкций с одной стороны, м шва; при контроле с двух сторон — 39-02-001-22.</w:t>
            </w:r>
          </w:p>
        </w:tc>
        <w:tc>
          <w:tcPr>
            <w:tcW w:w="1587" w:type="dxa"/>
          </w:tcPr>
          <w:p w14:paraId="06E931C3" w14:textId="77777777" w:rsidR="00433A0A" w:rsidRDefault="00433A0A"/>
        </w:tc>
      </w:tr>
      <w:tr w:rsidR="00433A0A" w14:paraId="16016A6F" w14:textId="77777777">
        <w:trPr>
          <w:cantSplit/>
          <w:jc w:val="center"/>
        </w:trPr>
        <w:tc>
          <w:tcPr>
            <w:tcW w:w="454" w:type="dxa"/>
            <w:shd w:val="clear" w:color="auto" w:fill="F7F7F7"/>
          </w:tcPr>
          <w:p w14:paraId="556CC372" w14:textId="77777777" w:rsidR="00433A0A" w:rsidRDefault="002F3A98">
            <w:r>
              <w:rPr>
                <w:sz w:val="13"/>
              </w:rPr>
              <w:t>18</w:t>
            </w:r>
          </w:p>
        </w:tc>
        <w:tc>
          <w:tcPr>
            <w:tcW w:w="1871" w:type="dxa"/>
            <w:shd w:val="clear" w:color="auto" w:fill="F7F7F7"/>
          </w:tcPr>
          <w:p w14:paraId="4892C7E7" w14:textId="77777777" w:rsidR="00433A0A" w:rsidRDefault="002F3A98">
            <w:r>
              <w:rPr>
                <w:sz w:val="13"/>
              </w:rPr>
              <w:t>Распорка 1РС12-2</w:t>
            </w:r>
          </w:p>
        </w:tc>
        <w:tc>
          <w:tcPr>
            <w:tcW w:w="2154" w:type="dxa"/>
            <w:shd w:val="clear" w:color="auto" w:fill="F7F7F7"/>
          </w:tcPr>
          <w:p w14:paraId="420BBA71" w14:textId="77777777" w:rsidR="00433A0A" w:rsidRDefault="002F3A98">
            <w:r>
              <w:rPr>
                <w:sz w:val="13"/>
              </w:rPr>
              <w:t>металл 177,4 кг; сварка 13/177,4; ВИК 13 м; ГФ-021 4,6 м2</w:t>
            </w:r>
          </w:p>
        </w:tc>
        <w:tc>
          <w:tcPr>
            <w:tcW w:w="2835" w:type="dxa"/>
            <w:shd w:val="clear" w:color="auto" w:fill="F7F7F7"/>
          </w:tcPr>
          <w:p w14:paraId="56FC4C81" w14:textId="77777777" w:rsidR="00433A0A" w:rsidRDefault="002F3A98">
            <w:r>
              <w:rPr>
                <w:sz w:val="13"/>
              </w:rPr>
              <w:t xml:space="preserve">ФЕРм38-01-006-02 — Мелкие индивидуальные конструкции: связи, кронштейны и пр.; </w:t>
            </w:r>
            <w:r>
              <w:rPr>
                <w:sz w:val="13"/>
              </w:rPr>
              <w:t>применительно к распоркам/связям.</w:t>
            </w:r>
          </w:p>
        </w:tc>
        <w:tc>
          <w:tcPr>
            <w:tcW w:w="2835" w:type="dxa"/>
            <w:shd w:val="clear" w:color="auto" w:fill="F7F7F7"/>
          </w:tcPr>
          <w:p w14:paraId="280FC755" w14:textId="77777777" w:rsidR="00433A0A" w:rsidRDefault="002F3A98">
            <w:r>
              <w:rPr>
                <w:sz w:val="13"/>
              </w:rPr>
              <w:t>ФЕР09-03-014-01 — Монтаж связей и распорок из одиночных/парных уголков, гнутосварных профилей: пролет до 24 м, высота до 25 м. При иных параметрах — 09-03-014-02/03/04.</w:t>
            </w:r>
          </w:p>
        </w:tc>
        <w:tc>
          <w:tcPr>
            <w:tcW w:w="2381" w:type="dxa"/>
            <w:shd w:val="clear" w:color="auto" w:fill="F7F7F7"/>
          </w:tcPr>
          <w:p w14:paraId="005ED2E3" w14:textId="77777777" w:rsidR="00433A0A" w:rsidRDefault="002F3A98">
            <w:r>
              <w:rPr>
                <w:sz w:val="13"/>
              </w:rPr>
              <w:t>ФЕР13-03-004-04 — огрунтовка металлических поверхност</w:t>
            </w:r>
            <w:r>
              <w:rPr>
                <w:sz w:val="13"/>
              </w:rPr>
              <w:t>ей грунтовкой ГФ-021 за один раз; объем по акту 4,6 м2.</w:t>
            </w:r>
          </w:p>
        </w:tc>
        <w:tc>
          <w:tcPr>
            <w:tcW w:w="2835" w:type="dxa"/>
            <w:shd w:val="clear" w:color="auto" w:fill="F7F7F7"/>
          </w:tcPr>
          <w:p w14:paraId="50CCFB1F" w14:textId="77777777" w:rsidR="00433A0A" w:rsidRDefault="002F3A98">
            <w:r>
              <w:rPr>
                <w:sz w:val="13"/>
              </w:rPr>
              <w:t>ФЕРм39-02-001-21 — ВИК сварных соединений оборудования/конструкций с одной стороны, м шва; при контроле с двух сторон — 39-02-001-22.</w:t>
            </w:r>
          </w:p>
        </w:tc>
        <w:tc>
          <w:tcPr>
            <w:tcW w:w="1587" w:type="dxa"/>
            <w:shd w:val="clear" w:color="auto" w:fill="F7F7F7"/>
          </w:tcPr>
          <w:p w14:paraId="62CAB7FE" w14:textId="77777777" w:rsidR="00433A0A" w:rsidRDefault="00433A0A"/>
        </w:tc>
      </w:tr>
      <w:tr w:rsidR="00433A0A" w14:paraId="3F992442" w14:textId="77777777">
        <w:trPr>
          <w:cantSplit/>
          <w:jc w:val="center"/>
        </w:trPr>
        <w:tc>
          <w:tcPr>
            <w:tcW w:w="454" w:type="dxa"/>
          </w:tcPr>
          <w:p w14:paraId="4F5CF206" w14:textId="77777777" w:rsidR="00433A0A" w:rsidRDefault="002F3A98">
            <w:r>
              <w:rPr>
                <w:sz w:val="13"/>
              </w:rPr>
              <w:lastRenderedPageBreak/>
              <w:t>19</w:t>
            </w:r>
          </w:p>
        </w:tc>
        <w:tc>
          <w:tcPr>
            <w:tcW w:w="1871" w:type="dxa"/>
          </w:tcPr>
          <w:p w14:paraId="3BBDB7E2" w14:textId="77777777" w:rsidR="00433A0A" w:rsidRDefault="002F3A98">
            <w:r>
              <w:rPr>
                <w:sz w:val="13"/>
              </w:rPr>
              <w:t>Ригель фахверка 1РФ3-1 (18шт)</w:t>
            </w:r>
          </w:p>
        </w:tc>
        <w:tc>
          <w:tcPr>
            <w:tcW w:w="2154" w:type="dxa"/>
          </w:tcPr>
          <w:p w14:paraId="78441B8F" w14:textId="77777777" w:rsidR="00433A0A" w:rsidRDefault="002F3A98">
            <w:r>
              <w:rPr>
                <w:sz w:val="13"/>
              </w:rPr>
              <w:t xml:space="preserve">металл 86,4 кг; ГФ-021 0,24 </w:t>
            </w:r>
            <w:r>
              <w:rPr>
                <w:sz w:val="13"/>
              </w:rPr>
              <w:t>м2</w:t>
            </w:r>
          </w:p>
        </w:tc>
        <w:tc>
          <w:tcPr>
            <w:tcW w:w="2835" w:type="dxa"/>
          </w:tcPr>
          <w:p w14:paraId="67E24192" w14:textId="77777777" w:rsidR="00433A0A" w:rsidRDefault="002F3A98">
            <w:r>
              <w:rPr>
                <w:sz w:val="13"/>
              </w:rPr>
              <w:t>ФЕРм38-01-002-01 — Балки, ригели и аналогичные конструкции; сборка с краном на автомобильном ходу/манипулятором.</w:t>
            </w:r>
          </w:p>
        </w:tc>
        <w:tc>
          <w:tcPr>
            <w:tcW w:w="2835" w:type="dxa"/>
          </w:tcPr>
          <w:p w14:paraId="6DFA6B5B" w14:textId="77777777" w:rsidR="00433A0A" w:rsidRDefault="002F3A98">
            <w:r>
              <w:rPr>
                <w:sz w:val="13"/>
              </w:rPr>
              <w:t>ФЕР09-03-002-12 — Монтаж балок/ригелей перекрытия, покрытия и под оборудование при высоте здания до 25 м. При высоте до 50 м — 09-03-002-13.</w:t>
            </w:r>
          </w:p>
        </w:tc>
        <w:tc>
          <w:tcPr>
            <w:tcW w:w="2381" w:type="dxa"/>
          </w:tcPr>
          <w:p w14:paraId="3AF582C9" w14:textId="77777777" w:rsidR="00433A0A" w:rsidRDefault="002F3A98">
            <w:r>
              <w:rPr>
                <w:sz w:val="13"/>
              </w:rPr>
              <w:t>ФЕР13-03-004-04 — огрунтовка металлических поверхностей грунтовкой ГФ-021 за один раз; объем по акту 0,24 м2.</w:t>
            </w:r>
          </w:p>
        </w:tc>
        <w:tc>
          <w:tcPr>
            <w:tcW w:w="2835" w:type="dxa"/>
          </w:tcPr>
          <w:p w14:paraId="77A73541" w14:textId="77777777" w:rsidR="00433A0A" w:rsidRDefault="002F3A98">
            <w:r>
              <w:rPr>
                <w:sz w:val="13"/>
              </w:rPr>
              <w:t>— — Сварные соединения/ВИК в акте не указаны.</w:t>
            </w:r>
          </w:p>
        </w:tc>
        <w:tc>
          <w:tcPr>
            <w:tcW w:w="1587" w:type="dxa"/>
          </w:tcPr>
          <w:p w14:paraId="64B2EF74" w14:textId="77777777" w:rsidR="00433A0A" w:rsidRDefault="00433A0A"/>
        </w:tc>
      </w:tr>
      <w:tr w:rsidR="00433A0A" w14:paraId="23B44468" w14:textId="77777777">
        <w:trPr>
          <w:cantSplit/>
          <w:jc w:val="center"/>
        </w:trPr>
        <w:tc>
          <w:tcPr>
            <w:tcW w:w="454" w:type="dxa"/>
            <w:shd w:val="clear" w:color="auto" w:fill="F7F7F7"/>
          </w:tcPr>
          <w:p w14:paraId="7110E020" w14:textId="77777777" w:rsidR="00433A0A" w:rsidRDefault="002F3A98">
            <w:r>
              <w:rPr>
                <w:sz w:val="13"/>
              </w:rPr>
              <w:t>20</w:t>
            </w:r>
          </w:p>
        </w:tc>
        <w:tc>
          <w:tcPr>
            <w:tcW w:w="1871" w:type="dxa"/>
            <w:shd w:val="clear" w:color="auto" w:fill="F7F7F7"/>
          </w:tcPr>
          <w:p w14:paraId="2F7317E6" w14:textId="77777777" w:rsidR="00433A0A" w:rsidRDefault="002F3A98">
            <w:r>
              <w:rPr>
                <w:sz w:val="13"/>
              </w:rPr>
              <w:t>Связь 1СВ2-1 (2шт)</w:t>
            </w:r>
          </w:p>
        </w:tc>
        <w:tc>
          <w:tcPr>
            <w:tcW w:w="2154" w:type="dxa"/>
            <w:shd w:val="clear" w:color="auto" w:fill="F7F7F7"/>
          </w:tcPr>
          <w:p w14:paraId="6D689829" w14:textId="77777777" w:rsidR="00433A0A" w:rsidRDefault="002F3A98">
            <w:r>
              <w:rPr>
                <w:sz w:val="13"/>
              </w:rPr>
              <w:t>металл 473,2 кг; сварка 17,60/473,2; ВИК 17,6 м; ГФ-021 6,3 м2</w:t>
            </w:r>
          </w:p>
        </w:tc>
        <w:tc>
          <w:tcPr>
            <w:tcW w:w="2835" w:type="dxa"/>
            <w:shd w:val="clear" w:color="auto" w:fill="F7F7F7"/>
          </w:tcPr>
          <w:p w14:paraId="60A25348" w14:textId="77777777" w:rsidR="00433A0A" w:rsidRDefault="002F3A98">
            <w:r>
              <w:rPr>
                <w:sz w:val="13"/>
              </w:rPr>
              <w:t>ФЕРм38-01-006-02 — Мелкие индивидуальные конструкции: связи, кронштейны и пр.; применительно к распоркам/связям.</w:t>
            </w:r>
          </w:p>
        </w:tc>
        <w:tc>
          <w:tcPr>
            <w:tcW w:w="2835" w:type="dxa"/>
            <w:shd w:val="clear" w:color="auto" w:fill="F7F7F7"/>
          </w:tcPr>
          <w:p w14:paraId="4E61CAB2" w14:textId="77777777" w:rsidR="00433A0A" w:rsidRDefault="002F3A98">
            <w:r>
              <w:rPr>
                <w:sz w:val="13"/>
              </w:rPr>
              <w:t>ФЕР09-03-014-01 — Монтаж связей и распорок из одиночных/парных уголков, гнутосварных профилей: пролет до 24 м, высота до 25 м. При иных парамет</w:t>
            </w:r>
            <w:r>
              <w:rPr>
                <w:sz w:val="13"/>
              </w:rPr>
              <w:t>рах — 09-03-014-02/03/04.</w:t>
            </w:r>
          </w:p>
        </w:tc>
        <w:tc>
          <w:tcPr>
            <w:tcW w:w="2381" w:type="dxa"/>
            <w:shd w:val="clear" w:color="auto" w:fill="F7F7F7"/>
          </w:tcPr>
          <w:p w14:paraId="18A9EAD4" w14:textId="77777777" w:rsidR="00433A0A" w:rsidRDefault="002F3A98">
            <w:r>
              <w:rPr>
                <w:sz w:val="13"/>
              </w:rPr>
              <w:t>ФЕР13-03-004-04 — огрунтовка металлических поверхностей грунтовкой ГФ-021 за один раз; объем по акту 6,3 м2.</w:t>
            </w:r>
          </w:p>
        </w:tc>
        <w:tc>
          <w:tcPr>
            <w:tcW w:w="2835" w:type="dxa"/>
            <w:shd w:val="clear" w:color="auto" w:fill="F7F7F7"/>
          </w:tcPr>
          <w:p w14:paraId="49A28A87" w14:textId="77777777" w:rsidR="00433A0A" w:rsidRDefault="002F3A98">
            <w:r>
              <w:rPr>
                <w:sz w:val="13"/>
              </w:rPr>
              <w:t>ФЕРм39-02-001-21 — ВИК сварных соединений оборудования/конструкций с одной стороны, м шва; при контроле с двух сторон — 3</w:t>
            </w:r>
            <w:r>
              <w:rPr>
                <w:sz w:val="13"/>
              </w:rPr>
              <w:t>9-02-001-22.</w:t>
            </w:r>
          </w:p>
        </w:tc>
        <w:tc>
          <w:tcPr>
            <w:tcW w:w="1587" w:type="dxa"/>
            <w:shd w:val="clear" w:color="auto" w:fill="F7F7F7"/>
          </w:tcPr>
          <w:p w14:paraId="7BA929C4" w14:textId="77777777" w:rsidR="00433A0A" w:rsidRDefault="00433A0A"/>
        </w:tc>
      </w:tr>
      <w:tr w:rsidR="00433A0A" w14:paraId="24966142" w14:textId="77777777">
        <w:trPr>
          <w:cantSplit/>
          <w:jc w:val="center"/>
        </w:trPr>
        <w:tc>
          <w:tcPr>
            <w:tcW w:w="454" w:type="dxa"/>
          </w:tcPr>
          <w:p w14:paraId="55B11B87" w14:textId="77777777" w:rsidR="00433A0A" w:rsidRDefault="002F3A98">
            <w:r>
              <w:rPr>
                <w:sz w:val="13"/>
              </w:rPr>
              <w:t>21</w:t>
            </w:r>
          </w:p>
        </w:tc>
        <w:tc>
          <w:tcPr>
            <w:tcW w:w="1871" w:type="dxa"/>
          </w:tcPr>
          <w:p w14:paraId="0679EA68" w14:textId="77777777" w:rsidR="00433A0A" w:rsidRDefault="002F3A98">
            <w:r>
              <w:rPr>
                <w:sz w:val="13"/>
              </w:rPr>
              <w:t xml:space="preserve">Связь 1СВ4-4 </w:t>
            </w:r>
          </w:p>
        </w:tc>
        <w:tc>
          <w:tcPr>
            <w:tcW w:w="2154" w:type="dxa"/>
          </w:tcPr>
          <w:p w14:paraId="0E223B87" w14:textId="77777777" w:rsidR="00433A0A" w:rsidRDefault="002F3A98">
            <w:r>
              <w:rPr>
                <w:sz w:val="13"/>
              </w:rPr>
              <w:t>металл 209,2 кг; сварка 7,5/209,2; ВИК 7,5 м; ГФ-021 4,8 м2</w:t>
            </w:r>
          </w:p>
        </w:tc>
        <w:tc>
          <w:tcPr>
            <w:tcW w:w="2835" w:type="dxa"/>
          </w:tcPr>
          <w:p w14:paraId="52524FCE" w14:textId="77777777" w:rsidR="00433A0A" w:rsidRDefault="002F3A98">
            <w:r>
              <w:rPr>
                <w:sz w:val="13"/>
              </w:rPr>
              <w:t>ФЕРм38-01-006-02 — Мелкие индивидуальные конструкции: связи, кронштейны и пр.; применительно к распоркам/связям.</w:t>
            </w:r>
          </w:p>
        </w:tc>
        <w:tc>
          <w:tcPr>
            <w:tcW w:w="2835" w:type="dxa"/>
          </w:tcPr>
          <w:p w14:paraId="3ACC80A8" w14:textId="77777777" w:rsidR="00433A0A" w:rsidRDefault="002F3A98">
            <w:r>
              <w:rPr>
                <w:sz w:val="13"/>
              </w:rPr>
              <w:t xml:space="preserve">ФЕР09-03-014-01 — Монтаж связей и распорок из </w:t>
            </w:r>
            <w:r>
              <w:rPr>
                <w:sz w:val="13"/>
              </w:rPr>
              <w:t>одиночных/парных уголков, гнутосварных профилей: пролет до 24 м, высота до 25 м. При иных параметрах — 09-03-014-02/03/04.</w:t>
            </w:r>
          </w:p>
        </w:tc>
        <w:tc>
          <w:tcPr>
            <w:tcW w:w="2381" w:type="dxa"/>
          </w:tcPr>
          <w:p w14:paraId="5270794F" w14:textId="77777777" w:rsidR="00433A0A" w:rsidRDefault="002F3A98">
            <w:r>
              <w:rPr>
                <w:sz w:val="13"/>
              </w:rPr>
              <w:t>ФЕР13-03-004-04 — огрунтовка металлических поверхностей грунтовкой ГФ-021 за один раз; объем по акту 4,8 м2.</w:t>
            </w:r>
          </w:p>
        </w:tc>
        <w:tc>
          <w:tcPr>
            <w:tcW w:w="2835" w:type="dxa"/>
          </w:tcPr>
          <w:p w14:paraId="3FEAA218" w14:textId="77777777" w:rsidR="00433A0A" w:rsidRDefault="002F3A98">
            <w:r>
              <w:rPr>
                <w:sz w:val="13"/>
              </w:rPr>
              <w:t>ФЕРм39-02-001-21 — ВИК с</w:t>
            </w:r>
            <w:r>
              <w:rPr>
                <w:sz w:val="13"/>
              </w:rPr>
              <w:t>варных соединений оборудования/конструкций с одной стороны, м шва; при контроле с двух сторон — 39-02-001-22.</w:t>
            </w:r>
          </w:p>
        </w:tc>
        <w:tc>
          <w:tcPr>
            <w:tcW w:w="1587" w:type="dxa"/>
          </w:tcPr>
          <w:p w14:paraId="275936C1" w14:textId="77777777" w:rsidR="00433A0A" w:rsidRDefault="00433A0A"/>
        </w:tc>
      </w:tr>
      <w:tr w:rsidR="00433A0A" w14:paraId="6917A1D9" w14:textId="77777777">
        <w:trPr>
          <w:cantSplit/>
          <w:jc w:val="center"/>
        </w:trPr>
        <w:tc>
          <w:tcPr>
            <w:tcW w:w="454" w:type="dxa"/>
            <w:shd w:val="clear" w:color="auto" w:fill="F7F7F7"/>
          </w:tcPr>
          <w:p w14:paraId="381DDDF8" w14:textId="77777777" w:rsidR="00433A0A" w:rsidRDefault="002F3A98">
            <w:r>
              <w:rPr>
                <w:sz w:val="13"/>
              </w:rPr>
              <w:t>22</w:t>
            </w:r>
          </w:p>
        </w:tc>
        <w:tc>
          <w:tcPr>
            <w:tcW w:w="1871" w:type="dxa"/>
            <w:shd w:val="clear" w:color="auto" w:fill="F7F7F7"/>
          </w:tcPr>
          <w:p w14:paraId="6CD94763" w14:textId="77777777" w:rsidR="00433A0A" w:rsidRDefault="002F3A98">
            <w:r>
              <w:rPr>
                <w:sz w:val="13"/>
              </w:rPr>
              <w:t>Балка 2Б4-26</w:t>
            </w:r>
          </w:p>
        </w:tc>
        <w:tc>
          <w:tcPr>
            <w:tcW w:w="2154" w:type="dxa"/>
            <w:shd w:val="clear" w:color="auto" w:fill="F7F7F7"/>
          </w:tcPr>
          <w:p w14:paraId="66948810" w14:textId="77777777" w:rsidR="00433A0A" w:rsidRDefault="002F3A98">
            <w:r>
              <w:rPr>
                <w:sz w:val="13"/>
              </w:rPr>
              <w:t>металл 679,1 кг; сварка 12,5/679,1; ВИК 12,5 м; по примечанию: УЗК-100%, длину шва уточнить; ГФ-021 11,9 м2</w:t>
            </w:r>
          </w:p>
        </w:tc>
        <w:tc>
          <w:tcPr>
            <w:tcW w:w="2835" w:type="dxa"/>
            <w:shd w:val="clear" w:color="auto" w:fill="F7F7F7"/>
          </w:tcPr>
          <w:p w14:paraId="6B34CB9D" w14:textId="77777777" w:rsidR="00433A0A" w:rsidRDefault="002F3A98">
            <w:r>
              <w:rPr>
                <w:sz w:val="13"/>
              </w:rPr>
              <w:t>ФЕРм38-01-002-01 — Балки, ригели и аналогичные конструкции; сборка с краном на автомобильном ходу/манипулятором.</w:t>
            </w:r>
          </w:p>
        </w:tc>
        <w:tc>
          <w:tcPr>
            <w:tcW w:w="2835" w:type="dxa"/>
            <w:shd w:val="clear" w:color="auto" w:fill="F7F7F7"/>
          </w:tcPr>
          <w:p w14:paraId="63744543" w14:textId="77777777" w:rsidR="00433A0A" w:rsidRDefault="002F3A98">
            <w:r>
              <w:rPr>
                <w:sz w:val="13"/>
              </w:rPr>
              <w:t>ФЕР09-03-002-12 — Монтаж балок/ригелей перекрытия, покрытия и под оборудование при высоте здания до 25 м. При высоте до 50 м — 09-03-002-13.</w:t>
            </w:r>
          </w:p>
        </w:tc>
        <w:tc>
          <w:tcPr>
            <w:tcW w:w="2381" w:type="dxa"/>
            <w:shd w:val="clear" w:color="auto" w:fill="F7F7F7"/>
          </w:tcPr>
          <w:p w14:paraId="7E9205A9" w14:textId="77777777" w:rsidR="00433A0A" w:rsidRDefault="002F3A98">
            <w:r>
              <w:rPr>
                <w:sz w:val="13"/>
              </w:rPr>
              <w:t>ФЕ</w:t>
            </w:r>
            <w:r>
              <w:rPr>
                <w:sz w:val="13"/>
              </w:rPr>
              <w:t>Р13-03-004-04 — огрунтовка металлических поверхностей грунтовкой ГФ-021 за один раз; объем по акту 11,9 м2.</w:t>
            </w:r>
          </w:p>
        </w:tc>
        <w:tc>
          <w:tcPr>
            <w:tcW w:w="2835" w:type="dxa"/>
            <w:shd w:val="clear" w:color="auto" w:fill="F7F7F7"/>
          </w:tcPr>
          <w:p w14:paraId="42F01AEE" w14:textId="77777777" w:rsidR="00433A0A" w:rsidRDefault="002F3A98">
            <w:r>
              <w:rPr>
                <w:sz w:val="13"/>
              </w:rPr>
              <w:t>ФЕРм39-02-001-21 — ВИК сварных соединений оборудования/конструкций с одной стороны, м шва; при контроле с двух сторон — 39-02-001-22.; ФЕРм39-02-008</w:t>
            </w:r>
            <w:r>
              <w:rPr>
                <w:sz w:val="13"/>
              </w:rPr>
              <w:t>-02 — УЗК оборудования/конструкций, толщина св. 10 до 20 мм, уточнить по КМД.</w:t>
            </w:r>
          </w:p>
        </w:tc>
        <w:tc>
          <w:tcPr>
            <w:tcW w:w="1587" w:type="dxa"/>
            <w:shd w:val="clear" w:color="auto" w:fill="F7F7F7"/>
          </w:tcPr>
          <w:p w14:paraId="10460417" w14:textId="77777777" w:rsidR="00433A0A" w:rsidRDefault="00433A0A"/>
        </w:tc>
      </w:tr>
      <w:tr w:rsidR="00433A0A" w14:paraId="75020F49" w14:textId="77777777">
        <w:trPr>
          <w:cantSplit/>
          <w:jc w:val="center"/>
        </w:trPr>
        <w:tc>
          <w:tcPr>
            <w:tcW w:w="454" w:type="dxa"/>
          </w:tcPr>
          <w:p w14:paraId="4AA8E436" w14:textId="77777777" w:rsidR="00433A0A" w:rsidRDefault="002F3A98">
            <w:r>
              <w:rPr>
                <w:sz w:val="13"/>
              </w:rPr>
              <w:t>23</w:t>
            </w:r>
          </w:p>
        </w:tc>
        <w:tc>
          <w:tcPr>
            <w:tcW w:w="1871" w:type="dxa"/>
          </w:tcPr>
          <w:p w14:paraId="4C47D86A" w14:textId="77777777" w:rsidR="00433A0A" w:rsidRDefault="002F3A98">
            <w:r>
              <w:rPr>
                <w:sz w:val="13"/>
              </w:rPr>
              <w:t>Балка 2Б7-24</w:t>
            </w:r>
          </w:p>
        </w:tc>
        <w:tc>
          <w:tcPr>
            <w:tcW w:w="2154" w:type="dxa"/>
          </w:tcPr>
          <w:p w14:paraId="7B462A74" w14:textId="77777777" w:rsidR="00433A0A" w:rsidRDefault="002F3A98">
            <w:r>
              <w:rPr>
                <w:sz w:val="13"/>
              </w:rPr>
              <w:t>металл 128,8 кг; сварка 5,2/128,8; ВИК 5,2 м; ГФ-021 4,3 м2</w:t>
            </w:r>
          </w:p>
        </w:tc>
        <w:tc>
          <w:tcPr>
            <w:tcW w:w="2835" w:type="dxa"/>
          </w:tcPr>
          <w:p w14:paraId="4DD79D13" w14:textId="77777777" w:rsidR="00433A0A" w:rsidRDefault="002F3A98">
            <w:r>
              <w:rPr>
                <w:sz w:val="13"/>
              </w:rPr>
              <w:t xml:space="preserve">ФЕРм38-01-002-01 — Балки, ригели и аналогичные конструкции; сборка с краном на </w:t>
            </w:r>
            <w:r>
              <w:rPr>
                <w:sz w:val="13"/>
              </w:rPr>
              <w:t>автомобильном ходу/манипулятором.</w:t>
            </w:r>
          </w:p>
        </w:tc>
        <w:tc>
          <w:tcPr>
            <w:tcW w:w="2835" w:type="dxa"/>
          </w:tcPr>
          <w:p w14:paraId="63B1C255" w14:textId="77777777" w:rsidR="00433A0A" w:rsidRDefault="002F3A98">
            <w:r>
              <w:rPr>
                <w:sz w:val="13"/>
              </w:rPr>
              <w:t>ФЕР09-03-002-12 — Монтаж балок/ригелей перекрытия, покрытия и под оборудование при высоте здания до 25 м. При высоте до 50 м — 09-03-002-13.</w:t>
            </w:r>
          </w:p>
        </w:tc>
        <w:tc>
          <w:tcPr>
            <w:tcW w:w="2381" w:type="dxa"/>
          </w:tcPr>
          <w:p w14:paraId="35792E51" w14:textId="77777777" w:rsidR="00433A0A" w:rsidRDefault="002F3A98">
            <w:r>
              <w:rPr>
                <w:sz w:val="13"/>
              </w:rPr>
              <w:t>ФЕР13-03-004-04 — огрунтовка металлических поверхностей грунтовкой ГФ-021 за один</w:t>
            </w:r>
            <w:r>
              <w:rPr>
                <w:sz w:val="13"/>
              </w:rPr>
              <w:t xml:space="preserve"> раз; объем по акту 4,3 м2.</w:t>
            </w:r>
          </w:p>
        </w:tc>
        <w:tc>
          <w:tcPr>
            <w:tcW w:w="2835" w:type="dxa"/>
          </w:tcPr>
          <w:p w14:paraId="04F2A170" w14:textId="77777777" w:rsidR="00433A0A" w:rsidRDefault="002F3A98">
            <w:r>
              <w:rPr>
                <w:sz w:val="13"/>
              </w:rPr>
              <w:t>ФЕРм39-02-001-21 — ВИК сварных соединений оборудования/конструкций с одной стороны, м шва; при контроле с двух сторон — 39-02-001-22.</w:t>
            </w:r>
          </w:p>
        </w:tc>
        <w:tc>
          <w:tcPr>
            <w:tcW w:w="1587" w:type="dxa"/>
          </w:tcPr>
          <w:p w14:paraId="6B27E827" w14:textId="77777777" w:rsidR="00433A0A" w:rsidRDefault="00433A0A"/>
        </w:tc>
      </w:tr>
      <w:tr w:rsidR="00433A0A" w14:paraId="5474C1B1" w14:textId="77777777">
        <w:trPr>
          <w:cantSplit/>
          <w:jc w:val="center"/>
        </w:trPr>
        <w:tc>
          <w:tcPr>
            <w:tcW w:w="454" w:type="dxa"/>
            <w:shd w:val="clear" w:color="auto" w:fill="F7F7F7"/>
          </w:tcPr>
          <w:p w14:paraId="6B114BBE" w14:textId="77777777" w:rsidR="00433A0A" w:rsidRDefault="002F3A98">
            <w:r>
              <w:rPr>
                <w:sz w:val="13"/>
              </w:rPr>
              <w:t>24</w:t>
            </w:r>
          </w:p>
        </w:tc>
        <w:tc>
          <w:tcPr>
            <w:tcW w:w="1871" w:type="dxa"/>
            <w:shd w:val="clear" w:color="auto" w:fill="F7F7F7"/>
          </w:tcPr>
          <w:p w14:paraId="1193AB57" w14:textId="77777777" w:rsidR="00433A0A" w:rsidRDefault="002F3A98">
            <w:r>
              <w:rPr>
                <w:sz w:val="13"/>
              </w:rPr>
              <w:t>Балка 2Б13-15 (2шт)</w:t>
            </w:r>
          </w:p>
        </w:tc>
        <w:tc>
          <w:tcPr>
            <w:tcW w:w="2154" w:type="dxa"/>
            <w:shd w:val="clear" w:color="auto" w:fill="F7F7F7"/>
          </w:tcPr>
          <w:p w14:paraId="6920F10F" w14:textId="77777777" w:rsidR="00433A0A" w:rsidRDefault="002F3A98">
            <w:r>
              <w:rPr>
                <w:sz w:val="13"/>
              </w:rPr>
              <w:t>металл 91,2 кг; ГФ-021 2,7 м2</w:t>
            </w:r>
          </w:p>
        </w:tc>
        <w:tc>
          <w:tcPr>
            <w:tcW w:w="2835" w:type="dxa"/>
            <w:shd w:val="clear" w:color="auto" w:fill="F7F7F7"/>
          </w:tcPr>
          <w:p w14:paraId="2FCCBF17" w14:textId="77777777" w:rsidR="00433A0A" w:rsidRDefault="002F3A98">
            <w:r>
              <w:rPr>
                <w:sz w:val="13"/>
              </w:rPr>
              <w:t xml:space="preserve">ФЕРм38-01-002-01 — Балки, ригели и </w:t>
            </w:r>
            <w:r>
              <w:rPr>
                <w:sz w:val="13"/>
              </w:rPr>
              <w:t>аналогичные конструкции; сборка с краном на автомобильном ходу/манипулятором.</w:t>
            </w:r>
          </w:p>
        </w:tc>
        <w:tc>
          <w:tcPr>
            <w:tcW w:w="2835" w:type="dxa"/>
            <w:shd w:val="clear" w:color="auto" w:fill="F7F7F7"/>
          </w:tcPr>
          <w:p w14:paraId="5CCBABBF" w14:textId="77777777" w:rsidR="00433A0A" w:rsidRDefault="002F3A98">
            <w:r>
              <w:rPr>
                <w:sz w:val="13"/>
              </w:rPr>
              <w:t>ФЕР09-03-002-12 — Монтаж балок/ригелей перекрытия, покрытия и под оборудование при высоте здания до 25 м. При высоте до 50 м — 09-03-002-13.</w:t>
            </w:r>
          </w:p>
        </w:tc>
        <w:tc>
          <w:tcPr>
            <w:tcW w:w="2381" w:type="dxa"/>
            <w:shd w:val="clear" w:color="auto" w:fill="F7F7F7"/>
          </w:tcPr>
          <w:p w14:paraId="0C88A8CA" w14:textId="77777777" w:rsidR="00433A0A" w:rsidRDefault="002F3A98">
            <w:r>
              <w:rPr>
                <w:sz w:val="13"/>
              </w:rPr>
              <w:t>ФЕР13-03-004-04 — огрунтовка металлич</w:t>
            </w:r>
            <w:r>
              <w:rPr>
                <w:sz w:val="13"/>
              </w:rPr>
              <w:t>еских поверхностей грунтовкой ГФ-021 за один раз; объем по акту 2,7 м2.</w:t>
            </w:r>
          </w:p>
        </w:tc>
        <w:tc>
          <w:tcPr>
            <w:tcW w:w="2835" w:type="dxa"/>
            <w:shd w:val="clear" w:color="auto" w:fill="F7F7F7"/>
          </w:tcPr>
          <w:p w14:paraId="71BFFE29" w14:textId="77777777" w:rsidR="00433A0A" w:rsidRDefault="002F3A98">
            <w:r>
              <w:rPr>
                <w:sz w:val="13"/>
              </w:rPr>
              <w:t>— — Сварные соединения/ВИК в акте не указаны.</w:t>
            </w:r>
          </w:p>
        </w:tc>
        <w:tc>
          <w:tcPr>
            <w:tcW w:w="1587" w:type="dxa"/>
            <w:shd w:val="clear" w:color="auto" w:fill="F7F7F7"/>
          </w:tcPr>
          <w:p w14:paraId="6D864E3F" w14:textId="77777777" w:rsidR="00433A0A" w:rsidRDefault="00433A0A"/>
        </w:tc>
      </w:tr>
      <w:tr w:rsidR="00433A0A" w14:paraId="4221967A" w14:textId="77777777">
        <w:trPr>
          <w:cantSplit/>
          <w:jc w:val="center"/>
        </w:trPr>
        <w:tc>
          <w:tcPr>
            <w:tcW w:w="454" w:type="dxa"/>
          </w:tcPr>
          <w:p w14:paraId="1E37986B" w14:textId="77777777" w:rsidR="00433A0A" w:rsidRDefault="002F3A98">
            <w:r>
              <w:rPr>
                <w:sz w:val="13"/>
              </w:rPr>
              <w:t>25</w:t>
            </w:r>
          </w:p>
        </w:tc>
        <w:tc>
          <w:tcPr>
            <w:tcW w:w="1871" w:type="dxa"/>
          </w:tcPr>
          <w:p w14:paraId="55DEF0AD" w14:textId="77777777" w:rsidR="00433A0A" w:rsidRDefault="002F3A98">
            <w:r>
              <w:rPr>
                <w:sz w:val="13"/>
              </w:rPr>
              <w:t>Колонна 2К1-6 (2шт)</w:t>
            </w:r>
          </w:p>
        </w:tc>
        <w:tc>
          <w:tcPr>
            <w:tcW w:w="2154" w:type="dxa"/>
          </w:tcPr>
          <w:p w14:paraId="64C3F257" w14:textId="77777777" w:rsidR="00433A0A" w:rsidRDefault="002F3A98">
            <w:r>
              <w:rPr>
                <w:sz w:val="13"/>
              </w:rPr>
              <w:t>металл 471,4 кг; сварка 18,8/471,4; ВИК 18,8 м; ГФ-021 9,6 м2</w:t>
            </w:r>
          </w:p>
        </w:tc>
        <w:tc>
          <w:tcPr>
            <w:tcW w:w="2835" w:type="dxa"/>
          </w:tcPr>
          <w:p w14:paraId="4C34D71C" w14:textId="77777777" w:rsidR="00433A0A" w:rsidRDefault="002F3A98">
            <w:r>
              <w:rPr>
                <w:sz w:val="13"/>
              </w:rPr>
              <w:t xml:space="preserve">ФЕРм38-01-003-01 — Стойки/опоры, </w:t>
            </w:r>
            <w:r>
              <w:rPr>
                <w:sz w:val="13"/>
              </w:rPr>
              <w:t>применительно к колоннам; сборка с краном на автомобильном ходу/манипулятором.</w:t>
            </w:r>
          </w:p>
        </w:tc>
        <w:tc>
          <w:tcPr>
            <w:tcW w:w="2835" w:type="dxa"/>
          </w:tcPr>
          <w:p w14:paraId="222D2F68" w14:textId="77777777" w:rsidR="00433A0A" w:rsidRDefault="002F3A98">
            <w:r>
              <w:rPr>
                <w:sz w:val="13"/>
              </w:rPr>
              <w:t>ФЕР09-03-002-01 — Монтаж колонн до 25 м цельного сечения; подбор по ориентировочной массе 0.471 т. При составном сечении заменить на 09-03-002-04/05/06 по массе.</w:t>
            </w:r>
          </w:p>
        </w:tc>
        <w:tc>
          <w:tcPr>
            <w:tcW w:w="2381" w:type="dxa"/>
          </w:tcPr>
          <w:p w14:paraId="3A806147" w14:textId="77777777" w:rsidR="00433A0A" w:rsidRDefault="002F3A98">
            <w:r>
              <w:rPr>
                <w:sz w:val="13"/>
              </w:rPr>
              <w:t>ФЕР13-03-004-04</w:t>
            </w:r>
            <w:r>
              <w:rPr>
                <w:sz w:val="13"/>
              </w:rPr>
              <w:t xml:space="preserve"> — огрунтовка металлических поверхностей грунтовкой ГФ-021 за один раз; объем по акту 9,6 м2.</w:t>
            </w:r>
          </w:p>
        </w:tc>
        <w:tc>
          <w:tcPr>
            <w:tcW w:w="2835" w:type="dxa"/>
          </w:tcPr>
          <w:p w14:paraId="6A20B8FB" w14:textId="77777777" w:rsidR="00433A0A" w:rsidRDefault="002F3A98">
            <w:r>
              <w:rPr>
                <w:sz w:val="13"/>
              </w:rPr>
              <w:t>ФЕРм39-02-001-21 — ВИК сварных соединений оборудования/конструкций с одной стороны, м шва; при контроле с двух сторон — 39-02-001-22.</w:t>
            </w:r>
          </w:p>
        </w:tc>
        <w:tc>
          <w:tcPr>
            <w:tcW w:w="1587" w:type="dxa"/>
          </w:tcPr>
          <w:p w14:paraId="04656D5F" w14:textId="77777777" w:rsidR="00433A0A" w:rsidRDefault="00433A0A"/>
        </w:tc>
      </w:tr>
      <w:tr w:rsidR="00433A0A" w14:paraId="7C459FAC" w14:textId="77777777">
        <w:trPr>
          <w:cantSplit/>
          <w:jc w:val="center"/>
        </w:trPr>
        <w:tc>
          <w:tcPr>
            <w:tcW w:w="454" w:type="dxa"/>
            <w:shd w:val="clear" w:color="auto" w:fill="F7F7F7"/>
          </w:tcPr>
          <w:p w14:paraId="1D968C4E" w14:textId="77777777" w:rsidR="00433A0A" w:rsidRDefault="002F3A98">
            <w:r>
              <w:rPr>
                <w:sz w:val="13"/>
              </w:rPr>
              <w:t>26</w:t>
            </w:r>
          </w:p>
        </w:tc>
        <w:tc>
          <w:tcPr>
            <w:tcW w:w="1871" w:type="dxa"/>
            <w:shd w:val="clear" w:color="auto" w:fill="F7F7F7"/>
          </w:tcPr>
          <w:p w14:paraId="339158D7" w14:textId="77777777" w:rsidR="00433A0A" w:rsidRDefault="002F3A98">
            <w:r>
              <w:rPr>
                <w:sz w:val="13"/>
              </w:rPr>
              <w:t>Колонна 2К4-2</w:t>
            </w:r>
          </w:p>
        </w:tc>
        <w:tc>
          <w:tcPr>
            <w:tcW w:w="2154" w:type="dxa"/>
            <w:shd w:val="clear" w:color="auto" w:fill="F7F7F7"/>
          </w:tcPr>
          <w:p w14:paraId="6A09F50A" w14:textId="77777777" w:rsidR="00433A0A" w:rsidRDefault="002F3A98">
            <w:r>
              <w:rPr>
                <w:sz w:val="13"/>
              </w:rPr>
              <w:t>металл 371,4 кг; сварка 18,5/371,4; ВИК 18,5 м; ГФ-021 7,8 м2</w:t>
            </w:r>
          </w:p>
        </w:tc>
        <w:tc>
          <w:tcPr>
            <w:tcW w:w="2835" w:type="dxa"/>
            <w:shd w:val="clear" w:color="auto" w:fill="F7F7F7"/>
          </w:tcPr>
          <w:p w14:paraId="1B0A5EAC" w14:textId="77777777" w:rsidR="00433A0A" w:rsidRDefault="002F3A98">
            <w:r>
              <w:rPr>
                <w:sz w:val="13"/>
              </w:rPr>
              <w:t>ФЕРм38-01-003-01 — Стойки/опоры, применительно к колоннам; сборка с краном на автомобильном ходу/манипулятором.</w:t>
            </w:r>
          </w:p>
        </w:tc>
        <w:tc>
          <w:tcPr>
            <w:tcW w:w="2835" w:type="dxa"/>
            <w:shd w:val="clear" w:color="auto" w:fill="F7F7F7"/>
          </w:tcPr>
          <w:p w14:paraId="77DE9E62" w14:textId="77777777" w:rsidR="00433A0A" w:rsidRDefault="002F3A98">
            <w:r>
              <w:rPr>
                <w:sz w:val="13"/>
              </w:rPr>
              <w:t>ФЕР09-03-002-01 — Монтаж колонн до 25 м цельного сечения; подбор по ориентировочно</w:t>
            </w:r>
            <w:r>
              <w:rPr>
                <w:sz w:val="13"/>
              </w:rPr>
              <w:t>й массе 0.371 т. При составном сечении заменить на 09-03-002-04/05/06 по массе.</w:t>
            </w:r>
          </w:p>
        </w:tc>
        <w:tc>
          <w:tcPr>
            <w:tcW w:w="2381" w:type="dxa"/>
            <w:shd w:val="clear" w:color="auto" w:fill="F7F7F7"/>
          </w:tcPr>
          <w:p w14:paraId="326F14C2" w14:textId="77777777" w:rsidR="00433A0A" w:rsidRDefault="002F3A98">
            <w:r>
              <w:rPr>
                <w:sz w:val="13"/>
              </w:rPr>
              <w:t>ФЕР13-03-004-04 — огрунтовка металлических поверхностей грунтовкой ГФ-021 за один раз; объем по акту 7,8 м2.</w:t>
            </w:r>
          </w:p>
        </w:tc>
        <w:tc>
          <w:tcPr>
            <w:tcW w:w="2835" w:type="dxa"/>
            <w:shd w:val="clear" w:color="auto" w:fill="F7F7F7"/>
          </w:tcPr>
          <w:p w14:paraId="6A7C1364" w14:textId="77777777" w:rsidR="00433A0A" w:rsidRDefault="002F3A98">
            <w:r>
              <w:rPr>
                <w:sz w:val="13"/>
              </w:rPr>
              <w:t xml:space="preserve">ФЕРм39-02-001-21 — ВИК сварных соединений оборудования/конструкций </w:t>
            </w:r>
            <w:r>
              <w:rPr>
                <w:sz w:val="13"/>
              </w:rPr>
              <w:t>с одной стороны, м шва; при контроле с двух сторон — 39-02-001-22.</w:t>
            </w:r>
          </w:p>
        </w:tc>
        <w:tc>
          <w:tcPr>
            <w:tcW w:w="1587" w:type="dxa"/>
            <w:shd w:val="clear" w:color="auto" w:fill="F7F7F7"/>
          </w:tcPr>
          <w:p w14:paraId="3500D705" w14:textId="77777777" w:rsidR="00433A0A" w:rsidRDefault="00433A0A"/>
        </w:tc>
      </w:tr>
      <w:tr w:rsidR="00433A0A" w14:paraId="465AFF70" w14:textId="77777777">
        <w:trPr>
          <w:cantSplit/>
          <w:jc w:val="center"/>
        </w:trPr>
        <w:tc>
          <w:tcPr>
            <w:tcW w:w="454" w:type="dxa"/>
          </w:tcPr>
          <w:p w14:paraId="160B86EB" w14:textId="77777777" w:rsidR="00433A0A" w:rsidRDefault="002F3A98">
            <w:r>
              <w:rPr>
                <w:sz w:val="13"/>
              </w:rPr>
              <w:t>27</w:t>
            </w:r>
          </w:p>
        </w:tc>
        <w:tc>
          <w:tcPr>
            <w:tcW w:w="1871" w:type="dxa"/>
          </w:tcPr>
          <w:p w14:paraId="53439B8B" w14:textId="77777777" w:rsidR="00433A0A" w:rsidRDefault="002F3A98">
            <w:r>
              <w:rPr>
                <w:sz w:val="13"/>
              </w:rPr>
              <w:t>Распорка 2РС11-2 (2шт)</w:t>
            </w:r>
          </w:p>
        </w:tc>
        <w:tc>
          <w:tcPr>
            <w:tcW w:w="2154" w:type="dxa"/>
          </w:tcPr>
          <w:p w14:paraId="63B309D9" w14:textId="77777777" w:rsidR="00433A0A" w:rsidRDefault="002F3A98">
            <w:r>
              <w:rPr>
                <w:sz w:val="13"/>
              </w:rPr>
              <w:t>металл 478,2 кг; сварка 44/478,2; ВИК 44 м; ГФ-021 13,2 м2</w:t>
            </w:r>
          </w:p>
        </w:tc>
        <w:tc>
          <w:tcPr>
            <w:tcW w:w="2835" w:type="dxa"/>
          </w:tcPr>
          <w:p w14:paraId="668DA851" w14:textId="77777777" w:rsidR="00433A0A" w:rsidRDefault="002F3A98">
            <w:r>
              <w:rPr>
                <w:sz w:val="13"/>
              </w:rPr>
              <w:t xml:space="preserve">ФЕРм38-01-006-02 — Мелкие индивидуальные конструкции: связи, кронштейны и пр.; </w:t>
            </w:r>
            <w:r>
              <w:rPr>
                <w:sz w:val="13"/>
              </w:rPr>
              <w:t>применительно к распоркам/связям.</w:t>
            </w:r>
          </w:p>
        </w:tc>
        <w:tc>
          <w:tcPr>
            <w:tcW w:w="2835" w:type="dxa"/>
          </w:tcPr>
          <w:p w14:paraId="637F0723" w14:textId="77777777" w:rsidR="00433A0A" w:rsidRDefault="002F3A98">
            <w:r>
              <w:rPr>
                <w:sz w:val="13"/>
              </w:rPr>
              <w:t>ФЕР09-03-014-01 — Монтаж связей и распорок из одиночных/парных уголков, гнутосварных профилей: пролет до 24 м, высота до 25 м. При иных параметрах — 09-03-014-02/03/04.</w:t>
            </w:r>
          </w:p>
        </w:tc>
        <w:tc>
          <w:tcPr>
            <w:tcW w:w="2381" w:type="dxa"/>
          </w:tcPr>
          <w:p w14:paraId="1B41B025" w14:textId="77777777" w:rsidR="00433A0A" w:rsidRDefault="002F3A98">
            <w:r>
              <w:rPr>
                <w:sz w:val="13"/>
              </w:rPr>
              <w:t>ФЕР13-03-004-04 — огрунтовка металлических поверхност</w:t>
            </w:r>
            <w:r>
              <w:rPr>
                <w:sz w:val="13"/>
              </w:rPr>
              <w:t>ей грунтовкой ГФ-021 за один раз; объем по акту 13,2 м2.</w:t>
            </w:r>
          </w:p>
        </w:tc>
        <w:tc>
          <w:tcPr>
            <w:tcW w:w="2835" w:type="dxa"/>
          </w:tcPr>
          <w:p w14:paraId="420F3A88" w14:textId="77777777" w:rsidR="00433A0A" w:rsidRDefault="002F3A98">
            <w:r>
              <w:rPr>
                <w:sz w:val="13"/>
              </w:rPr>
              <w:t>ФЕРм39-02-001-21 — ВИК сварных соединений оборудования/конструкций с одной стороны, м шва; при контроле с двух сторон — 39-02-001-22.</w:t>
            </w:r>
          </w:p>
        </w:tc>
        <w:tc>
          <w:tcPr>
            <w:tcW w:w="1587" w:type="dxa"/>
          </w:tcPr>
          <w:p w14:paraId="5D454AFF" w14:textId="77777777" w:rsidR="00433A0A" w:rsidRDefault="00433A0A"/>
        </w:tc>
      </w:tr>
      <w:tr w:rsidR="00433A0A" w14:paraId="11532C47" w14:textId="77777777">
        <w:trPr>
          <w:cantSplit/>
          <w:jc w:val="center"/>
        </w:trPr>
        <w:tc>
          <w:tcPr>
            <w:tcW w:w="454" w:type="dxa"/>
            <w:shd w:val="clear" w:color="auto" w:fill="F7F7F7"/>
          </w:tcPr>
          <w:p w14:paraId="2C064D9F" w14:textId="77777777" w:rsidR="00433A0A" w:rsidRDefault="002F3A98">
            <w:r>
              <w:rPr>
                <w:sz w:val="13"/>
              </w:rPr>
              <w:t>28</w:t>
            </w:r>
          </w:p>
        </w:tc>
        <w:tc>
          <w:tcPr>
            <w:tcW w:w="1871" w:type="dxa"/>
            <w:shd w:val="clear" w:color="auto" w:fill="F7F7F7"/>
          </w:tcPr>
          <w:p w14:paraId="08DC8FC0" w14:textId="77777777" w:rsidR="00433A0A" w:rsidRDefault="002F3A98">
            <w:r>
              <w:rPr>
                <w:sz w:val="13"/>
              </w:rPr>
              <w:t>Ригель фахверка 2РФ1-4 (6шт)</w:t>
            </w:r>
          </w:p>
        </w:tc>
        <w:tc>
          <w:tcPr>
            <w:tcW w:w="2154" w:type="dxa"/>
            <w:shd w:val="clear" w:color="auto" w:fill="F7F7F7"/>
          </w:tcPr>
          <w:p w14:paraId="10837B11" w14:textId="77777777" w:rsidR="00433A0A" w:rsidRDefault="002F3A98">
            <w:r>
              <w:rPr>
                <w:sz w:val="13"/>
              </w:rPr>
              <w:t xml:space="preserve">металл 693,6 кг; сварка </w:t>
            </w:r>
            <w:r>
              <w:rPr>
                <w:sz w:val="13"/>
              </w:rPr>
              <w:t>6,14/693,6; ВИК 6,14 м; ГФ-021 18,6 м2</w:t>
            </w:r>
          </w:p>
        </w:tc>
        <w:tc>
          <w:tcPr>
            <w:tcW w:w="2835" w:type="dxa"/>
            <w:shd w:val="clear" w:color="auto" w:fill="F7F7F7"/>
          </w:tcPr>
          <w:p w14:paraId="1F14E523" w14:textId="77777777" w:rsidR="00433A0A" w:rsidRDefault="002F3A98">
            <w:r>
              <w:rPr>
                <w:sz w:val="13"/>
              </w:rPr>
              <w:t>ФЕРм38-01-002-01 — Балки, ригели и аналогичные конструкции; сборка с краном на автомобильном ходу/манипулятором.</w:t>
            </w:r>
          </w:p>
        </w:tc>
        <w:tc>
          <w:tcPr>
            <w:tcW w:w="2835" w:type="dxa"/>
            <w:shd w:val="clear" w:color="auto" w:fill="F7F7F7"/>
          </w:tcPr>
          <w:p w14:paraId="7FA73EC3" w14:textId="77777777" w:rsidR="00433A0A" w:rsidRDefault="002F3A98">
            <w:r>
              <w:rPr>
                <w:sz w:val="13"/>
              </w:rPr>
              <w:t>ФЕР09-03-002-12 — Монтаж балок/ригелей перекрытия, покрытия и под оборудование при высоте здания до 25 м</w:t>
            </w:r>
            <w:r>
              <w:rPr>
                <w:sz w:val="13"/>
              </w:rPr>
              <w:t>. При высоте до 50 м — 09-03-002-13.</w:t>
            </w:r>
          </w:p>
        </w:tc>
        <w:tc>
          <w:tcPr>
            <w:tcW w:w="2381" w:type="dxa"/>
            <w:shd w:val="clear" w:color="auto" w:fill="F7F7F7"/>
          </w:tcPr>
          <w:p w14:paraId="4E1FB0E1" w14:textId="77777777" w:rsidR="00433A0A" w:rsidRDefault="002F3A98">
            <w:r>
              <w:rPr>
                <w:sz w:val="13"/>
              </w:rPr>
              <w:t>ФЕР13-03-004-04 — огрунтовка металлических поверхностей грунтовкой ГФ-021 за один раз; объем по акту 18,6 м2.</w:t>
            </w:r>
          </w:p>
        </w:tc>
        <w:tc>
          <w:tcPr>
            <w:tcW w:w="2835" w:type="dxa"/>
            <w:shd w:val="clear" w:color="auto" w:fill="F7F7F7"/>
          </w:tcPr>
          <w:p w14:paraId="30D19343" w14:textId="77777777" w:rsidR="00433A0A" w:rsidRDefault="002F3A98">
            <w:r>
              <w:rPr>
                <w:sz w:val="13"/>
              </w:rPr>
              <w:t>ФЕРм39-02-001-21 — ВИК сварных соединений оборудования/конструкций с одной стороны, м шва; при контроле с дву</w:t>
            </w:r>
            <w:r>
              <w:rPr>
                <w:sz w:val="13"/>
              </w:rPr>
              <w:t>х сторон — 39-02-001-22.</w:t>
            </w:r>
          </w:p>
        </w:tc>
        <w:tc>
          <w:tcPr>
            <w:tcW w:w="1587" w:type="dxa"/>
            <w:shd w:val="clear" w:color="auto" w:fill="F7F7F7"/>
          </w:tcPr>
          <w:p w14:paraId="730B3DEA" w14:textId="77777777" w:rsidR="00433A0A" w:rsidRDefault="00433A0A"/>
        </w:tc>
      </w:tr>
      <w:tr w:rsidR="00433A0A" w14:paraId="47CE266A" w14:textId="77777777">
        <w:trPr>
          <w:cantSplit/>
          <w:jc w:val="center"/>
        </w:trPr>
        <w:tc>
          <w:tcPr>
            <w:tcW w:w="454" w:type="dxa"/>
          </w:tcPr>
          <w:p w14:paraId="3ED6536B" w14:textId="77777777" w:rsidR="00433A0A" w:rsidRDefault="002F3A98">
            <w:r>
              <w:rPr>
                <w:sz w:val="13"/>
              </w:rPr>
              <w:t>29</w:t>
            </w:r>
          </w:p>
        </w:tc>
        <w:tc>
          <w:tcPr>
            <w:tcW w:w="1871" w:type="dxa"/>
          </w:tcPr>
          <w:p w14:paraId="3F4B0F7B" w14:textId="77777777" w:rsidR="00433A0A" w:rsidRDefault="002F3A98">
            <w:r>
              <w:rPr>
                <w:sz w:val="13"/>
              </w:rPr>
              <w:t>Ригель фахверка 2РФ1-6 (2шт)</w:t>
            </w:r>
          </w:p>
        </w:tc>
        <w:tc>
          <w:tcPr>
            <w:tcW w:w="2154" w:type="dxa"/>
          </w:tcPr>
          <w:p w14:paraId="3D9DB2D5" w14:textId="77777777" w:rsidR="00433A0A" w:rsidRDefault="002F3A98">
            <w:r>
              <w:rPr>
                <w:sz w:val="13"/>
              </w:rPr>
              <w:t>металл 241,2 кг; сварка 2,05/241,2; ВИК 2,05 м; ГФ-021 6,4 м2</w:t>
            </w:r>
          </w:p>
        </w:tc>
        <w:tc>
          <w:tcPr>
            <w:tcW w:w="2835" w:type="dxa"/>
          </w:tcPr>
          <w:p w14:paraId="65E2645A" w14:textId="77777777" w:rsidR="00433A0A" w:rsidRDefault="002F3A98">
            <w:r>
              <w:rPr>
                <w:sz w:val="13"/>
              </w:rPr>
              <w:t>ФЕРм38-01-002-01 — Балки, ригели и аналогичные конструкции; сборка с краном на автомобильном ходу/манипулятором.</w:t>
            </w:r>
          </w:p>
        </w:tc>
        <w:tc>
          <w:tcPr>
            <w:tcW w:w="2835" w:type="dxa"/>
          </w:tcPr>
          <w:p w14:paraId="3930BBC5" w14:textId="77777777" w:rsidR="00433A0A" w:rsidRDefault="002F3A98">
            <w:r>
              <w:rPr>
                <w:sz w:val="13"/>
              </w:rPr>
              <w:t>ФЕР09-03-002-12 — Монтаж балок/ригелей перекрытия, покрытия и под оборудование при высоте здания до 25 м. При высоте до 50 м — 09-03-002-13.</w:t>
            </w:r>
          </w:p>
        </w:tc>
        <w:tc>
          <w:tcPr>
            <w:tcW w:w="2381" w:type="dxa"/>
          </w:tcPr>
          <w:p w14:paraId="1DA03DB3" w14:textId="77777777" w:rsidR="00433A0A" w:rsidRDefault="002F3A98">
            <w:r>
              <w:rPr>
                <w:sz w:val="13"/>
              </w:rPr>
              <w:t>ФЕР13-03-004-04 — огрунтовка металлических поверхностей грунтовкой ГФ-021 за один раз; объем по акту 6,4 м2.</w:t>
            </w:r>
          </w:p>
        </w:tc>
        <w:tc>
          <w:tcPr>
            <w:tcW w:w="2835" w:type="dxa"/>
          </w:tcPr>
          <w:p w14:paraId="276BBA4B" w14:textId="77777777" w:rsidR="00433A0A" w:rsidRDefault="002F3A98">
            <w:r>
              <w:rPr>
                <w:sz w:val="13"/>
              </w:rPr>
              <w:t>ФЕРм39</w:t>
            </w:r>
            <w:r>
              <w:rPr>
                <w:sz w:val="13"/>
              </w:rPr>
              <w:t>-02-001-21 — ВИК сварных соединений оборудования/конструкций с одной стороны, м шва; при контроле с двух сторон — 39-02-001-22.</w:t>
            </w:r>
          </w:p>
        </w:tc>
        <w:tc>
          <w:tcPr>
            <w:tcW w:w="1587" w:type="dxa"/>
          </w:tcPr>
          <w:p w14:paraId="6AD6A6E9" w14:textId="77777777" w:rsidR="00433A0A" w:rsidRDefault="00433A0A"/>
        </w:tc>
      </w:tr>
      <w:tr w:rsidR="00433A0A" w14:paraId="37CA577B" w14:textId="77777777">
        <w:trPr>
          <w:cantSplit/>
          <w:jc w:val="center"/>
        </w:trPr>
        <w:tc>
          <w:tcPr>
            <w:tcW w:w="454" w:type="dxa"/>
            <w:shd w:val="clear" w:color="auto" w:fill="F7F7F7"/>
          </w:tcPr>
          <w:p w14:paraId="4AA48E65" w14:textId="77777777" w:rsidR="00433A0A" w:rsidRDefault="002F3A98">
            <w:r>
              <w:rPr>
                <w:sz w:val="13"/>
              </w:rPr>
              <w:t>30</w:t>
            </w:r>
          </w:p>
        </w:tc>
        <w:tc>
          <w:tcPr>
            <w:tcW w:w="1871" w:type="dxa"/>
            <w:shd w:val="clear" w:color="auto" w:fill="F7F7F7"/>
          </w:tcPr>
          <w:p w14:paraId="25F78306" w14:textId="77777777" w:rsidR="00433A0A" w:rsidRDefault="002F3A98">
            <w:r>
              <w:rPr>
                <w:sz w:val="13"/>
              </w:rPr>
              <w:t>Ригель фахверка 2РФ1-8 (5шт)</w:t>
            </w:r>
          </w:p>
        </w:tc>
        <w:tc>
          <w:tcPr>
            <w:tcW w:w="2154" w:type="dxa"/>
            <w:shd w:val="clear" w:color="auto" w:fill="F7F7F7"/>
          </w:tcPr>
          <w:p w14:paraId="236A37DA" w14:textId="77777777" w:rsidR="00433A0A" w:rsidRDefault="002F3A98">
            <w:r>
              <w:rPr>
                <w:sz w:val="13"/>
              </w:rPr>
              <w:t>металл 578 кг; сварка 5,12/578; ВИК 5,12 м; ГФ-021 15,5 м2</w:t>
            </w:r>
          </w:p>
        </w:tc>
        <w:tc>
          <w:tcPr>
            <w:tcW w:w="2835" w:type="dxa"/>
            <w:shd w:val="clear" w:color="auto" w:fill="F7F7F7"/>
          </w:tcPr>
          <w:p w14:paraId="3CED624A" w14:textId="77777777" w:rsidR="00433A0A" w:rsidRDefault="002F3A98">
            <w:r>
              <w:rPr>
                <w:sz w:val="13"/>
              </w:rPr>
              <w:t xml:space="preserve">ФЕРм38-01-002-01 — Балки, </w:t>
            </w:r>
            <w:r>
              <w:rPr>
                <w:sz w:val="13"/>
              </w:rPr>
              <w:t>ригели и аналогичные конструкции; сборка с краном на автомобильном ходу/манипулятором.</w:t>
            </w:r>
          </w:p>
        </w:tc>
        <w:tc>
          <w:tcPr>
            <w:tcW w:w="2835" w:type="dxa"/>
            <w:shd w:val="clear" w:color="auto" w:fill="F7F7F7"/>
          </w:tcPr>
          <w:p w14:paraId="79E07E48" w14:textId="77777777" w:rsidR="00433A0A" w:rsidRDefault="002F3A98">
            <w:r>
              <w:rPr>
                <w:sz w:val="13"/>
              </w:rPr>
              <w:t>ФЕР09-03-002-12 — Монтаж балок/ригелей перекрытия, покрытия и под оборудование при высоте здания до 25 м. При высоте до 50 м — 09-03-002-13.</w:t>
            </w:r>
          </w:p>
        </w:tc>
        <w:tc>
          <w:tcPr>
            <w:tcW w:w="2381" w:type="dxa"/>
            <w:shd w:val="clear" w:color="auto" w:fill="F7F7F7"/>
          </w:tcPr>
          <w:p w14:paraId="34598259" w14:textId="77777777" w:rsidR="00433A0A" w:rsidRDefault="002F3A98">
            <w:r>
              <w:rPr>
                <w:sz w:val="13"/>
              </w:rPr>
              <w:t>ФЕР13-03-004-04 — огрунтовка</w:t>
            </w:r>
            <w:r>
              <w:rPr>
                <w:sz w:val="13"/>
              </w:rPr>
              <w:t xml:space="preserve"> металлических поверхностей грунтовкой ГФ-021 за один раз; объем по акту 15,5 м2.</w:t>
            </w:r>
          </w:p>
        </w:tc>
        <w:tc>
          <w:tcPr>
            <w:tcW w:w="2835" w:type="dxa"/>
            <w:shd w:val="clear" w:color="auto" w:fill="F7F7F7"/>
          </w:tcPr>
          <w:p w14:paraId="68EA6347" w14:textId="77777777" w:rsidR="00433A0A" w:rsidRDefault="002F3A98">
            <w:r>
              <w:rPr>
                <w:sz w:val="13"/>
              </w:rPr>
              <w:t>ФЕРм39-02-001-21 — ВИК сварных соединений оборудования/конструкций с одной стороны, м шва; при контроле с двух сторон — 39-02-001-22.</w:t>
            </w:r>
          </w:p>
        </w:tc>
        <w:tc>
          <w:tcPr>
            <w:tcW w:w="1587" w:type="dxa"/>
            <w:shd w:val="clear" w:color="auto" w:fill="F7F7F7"/>
          </w:tcPr>
          <w:p w14:paraId="02EF778F" w14:textId="77777777" w:rsidR="00433A0A" w:rsidRDefault="00433A0A"/>
        </w:tc>
      </w:tr>
      <w:tr w:rsidR="00433A0A" w14:paraId="675ED5E9" w14:textId="77777777">
        <w:trPr>
          <w:cantSplit/>
          <w:jc w:val="center"/>
        </w:trPr>
        <w:tc>
          <w:tcPr>
            <w:tcW w:w="454" w:type="dxa"/>
          </w:tcPr>
          <w:p w14:paraId="688ADBCE" w14:textId="77777777" w:rsidR="00433A0A" w:rsidRDefault="002F3A98">
            <w:r>
              <w:rPr>
                <w:sz w:val="13"/>
              </w:rPr>
              <w:lastRenderedPageBreak/>
              <w:t>31</w:t>
            </w:r>
          </w:p>
        </w:tc>
        <w:tc>
          <w:tcPr>
            <w:tcW w:w="1871" w:type="dxa"/>
          </w:tcPr>
          <w:p w14:paraId="321F61AD" w14:textId="77777777" w:rsidR="00433A0A" w:rsidRDefault="002F3A98">
            <w:r>
              <w:rPr>
                <w:sz w:val="13"/>
              </w:rPr>
              <w:t>Ригель фахверка 2РФ3-1 (36шт)</w:t>
            </w:r>
          </w:p>
        </w:tc>
        <w:tc>
          <w:tcPr>
            <w:tcW w:w="2154" w:type="dxa"/>
          </w:tcPr>
          <w:p w14:paraId="78F2FCA4" w14:textId="77777777" w:rsidR="00433A0A" w:rsidRDefault="002F3A98">
            <w:r>
              <w:rPr>
                <w:sz w:val="13"/>
              </w:rPr>
              <w:t>металл 172,8 кг; ГФ-021 8,64 м2</w:t>
            </w:r>
          </w:p>
        </w:tc>
        <w:tc>
          <w:tcPr>
            <w:tcW w:w="2835" w:type="dxa"/>
          </w:tcPr>
          <w:p w14:paraId="1CD314C5" w14:textId="77777777" w:rsidR="00433A0A" w:rsidRDefault="002F3A98">
            <w:r>
              <w:rPr>
                <w:sz w:val="13"/>
              </w:rPr>
              <w:t>ФЕРм38-01-002-01 — Балки, ригели и аналогичные конструкции; сборка с краном на автомобильном ходу/манипулятором.</w:t>
            </w:r>
          </w:p>
        </w:tc>
        <w:tc>
          <w:tcPr>
            <w:tcW w:w="2835" w:type="dxa"/>
          </w:tcPr>
          <w:p w14:paraId="68D08056" w14:textId="77777777" w:rsidR="00433A0A" w:rsidRDefault="002F3A98">
            <w:r>
              <w:rPr>
                <w:sz w:val="13"/>
              </w:rPr>
              <w:t>ФЕР09-03-002-12 — Монтаж балок/ригелей перекрытия, покрытия и под оборудование при высоте здания до 25 м. При в</w:t>
            </w:r>
            <w:r>
              <w:rPr>
                <w:sz w:val="13"/>
              </w:rPr>
              <w:t>ысоте до 50 м — 09-03-002-13.</w:t>
            </w:r>
          </w:p>
        </w:tc>
        <w:tc>
          <w:tcPr>
            <w:tcW w:w="2381" w:type="dxa"/>
          </w:tcPr>
          <w:p w14:paraId="21D85AFB" w14:textId="77777777" w:rsidR="00433A0A" w:rsidRDefault="002F3A98">
            <w:r>
              <w:rPr>
                <w:sz w:val="13"/>
              </w:rPr>
              <w:t>ФЕР13-03-004-04 — огрунтовка металлических поверхностей грунтовкой ГФ-021 за один раз; объем по акту 8,64 м2.</w:t>
            </w:r>
          </w:p>
        </w:tc>
        <w:tc>
          <w:tcPr>
            <w:tcW w:w="2835" w:type="dxa"/>
          </w:tcPr>
          <w:p w14:paraId="04270CB4" w14:textId="77777777" w:rsidR="00433A0A" w:rsidRDefault="002F3A98">
            <w:r>
              <w:rPr>
                <w:sz w:val="13"/>
              </w:rPr>
              <w:t>— — Сварные соединения/ВИК в акте не указаны.</w:t>
            </w:r>
          </w:p>
        </w:tc>
        <w:tc>
          <w:tcPr>
            <w:tcW w:w="1587" w:type="dxa"/>
          </w:tcPr>
          <w:p w14:paraId="691F0DBC" w14:textId="77777777" w:rsidR="00433A0A" w:rsidRDefault="00433A0A"/>
        </w:tc>
      </w:tr>
      <w:tr w:rsidR="00433A0A" w14:paraId="604318A8" w14:textId="77777777">
        <w:trPr>
          <w:cantSplit/>
          <w:jc w:val="center"/>
        </w:trPr>
        <w:tc>
          <w:tcPr>
            <w:tcW w:w="454" w:type="dxa"/>
            <w:shd w:val="clear" w:color="auto" w:fill="F7F7F7"/>
          </w:tcPr>
          <w:p w14:paraId="3C414C12" w14:textId="77777777" w:rsidR="00433A0A" w:rsidRDefault="002F3A98">
            <w:r>
              <w:rPr>
                <w:sz w:val="13"/>
              </w:rPr>
              <w:t>32</w:t>
            </w:r>
          </w:p>
        </w:tc>
        <w:tc>
          <w:tcPr>
            <w:tcW w:w="1871" w:type="dxa"/>
            <w:shd w:val="clear" w:color="auto" w:fill="F7F7F7"/>
          </w:tcPr>
          <w:p w14:paraId="3010351E" w14:textId="77777777" w:rsidR="00433A0A" w:rsidRDefault="002F3A98">
            <w:r>
              <w:rPr>
                <w:sz w:val="13"/>
              </w:rPr>
              <w:t>Связь 2СГ1-1 (51шт)</w:t>
            </w:r>
          </w:p>
        </w:tc>
        <w:tc>
          <w:tcPr>
            <w:tcW w:w="2154" w:type="dxa"/>
            <w:shd w:val="clear" w:color="auto" w:fill="F7F7F7"/>
          </w:tcPr>
          <w:p w14:paraId="78D28CEC" w14:textId="77777777" w:rsidR="00433A0A" w:rsidRDefault="002F3A98">
            <w:r>
              <w:rPr>
                <w:sz w:val="13"/>
              </w:rPr>
              <w:t>металл 2805 кг; ГФ-021 32,64 м2</w:t>
            </w:r>
          </w:p>
        </w:tc>
        <w:tc>
          <w:tcPr>
            <w:tcW w:w="2835" w:type="dxa"/>
            <w:shd w:val="clear" w:color="auto" w:fill="F7F7F7"/>
          </w:tcPr>
          <w:p w14:paraId="40752F72" w14:textId="77777777" w:rsidR="00433A0A" w:rsidRDefault="002F3A98">
            <w:r>
              <w:rPr>
                <w:sz w:val="13"/>
              </w:rPr>
              <w:t>ФЕРм38-01-006-02 — Мелкие индивидуальные конструкции: связи, кронштейны и пр.; применительно к распоркам/связям.</w:t>
            </w:r>
          </w:p>
        </w:tc>
        <w:tc>
          <w:tcPr>
            <w:tcW w:w="2835" w:type="dxa"/>
            <w:shd w:val="clear" w:color="auto" w:fill="F7F7F7"/>
          </w:tcPr>
          <w:p w14:paraId="6AAA100A" w14:textId="77777777" w:rsidR="00433A0A" w:rsidRDefault="002F3A98">
            <w:r>
              <w:rPr>
                <w:sz w:val="13"/>
              </w:rPr>
              <w:t>ФЕР09-03-014-01 — Монтаж связей и распорок из одиночных/парных уголков, гнутосварных профилей: пролет до 24 м, высота до 25 м. При иных парамет</w:t>
            </w:r>
            <w:r>
              <w:rPr>
                <w:sz w:val="13"/>
              </w:rPr>
              <w:t>рах — 09-03-014-02/03/04.</w:t>
            </w:r>
          </w:p>
        </w:tc>
        <w:tc>
          <w:tcPr>
            <w:tcW w:w="2381" w:type="dxa"/>
            <w:shd w:val="clear" w:color="auto" w:fill="F7F7F7"/>
          </w:tcPr>
          <w:p w14:paraId="1936317E" w14:textId="77777777" w:rsidR="00433A0A" w:rsidRDefault="002F3A98">
            <w:r>
              <w:rPr>
                <w:sz w:val="13"/>
              </w:rPr>
              <w:t>ФЕР13-03-004-04 — огрунтовка металлических поверхностей грунтовкой ГФ-021 за один раз; объем по акту 32,64 м2.</w:t>
            </w:r>
          </w:p>
        </w:tc>
        <w:tc>
          <w:tcPr>
            <w:tcW w:w="2835" w:type="dxa"/>
            <w:shd w:val="clear" w:color="auto" w:fill="F7F7F7"/>
          </w:tcPr>
          <w:p w14:paraId="4F156ACA" w14:textId="77777777" w:rsidR="00433A0A" w:rsidRDefault="002F3A98">
            <w:r>
              <w:rPr>
                <w:sz w:val="13"/>
              </w:rPr>
              <w:t>— — Сварные соединения/ВИК в акте не указаны.</w:t>
            </w:r>
          </w:p>
        </w:tc>
        <w:tc>
          <w:tcPr>
            <w:tcW w:w="1587" w:type="dxa"/>
            <w:shd w:val="clear" w:color="auto" w:fill="F7F7F7"/>
          </w:tcPr>
          <w:p w14:paraId="03AEB42F" w14:textId="77777777" w:rsidR="00433A0A" w:rsidRDefault="00433A0A"/>
        </w:tc>
      </w:tr>
      <w:tr w:rsidR="00433A0A" w14:paraId="58E37CC5" w14:textId="77777777">
        <w:trPr>
          <w:cantSplit/>
          <w:jc w:val="center"/>
        </w:trPr>
        <w:tc>
          <w:tcPr>
            <w:tcW w:w="454" w:type="dxa"/>
          </w:tcPr>
          <w:p w14:paraId="0915DDF8" w14:textId="77777777" w:rsidR="00433A0A" w:rsidRDefault="002F3A98">
            <w:r>
              <w:rPr>
                <w:sz w:val="13"/>
              </w:rPr>
              <w:t>33</w:t>
            </w:r>
          </w:p>
        </w:tc>
        <w:tc>
          <w:tcPr>
            <w:tcW w:w="1871" w:type="dxa"/>
          </w:tcPr>
          <w:p w14:paraId="26F12D04" w14:textId="77777777" w:rsidR="00433A0A" w:rsidRDefault="002F3A98">
            <w:r>
              <w:rPr>
                <w:sz w:val="13"/>
              </w:rPr>
              <w:t>Связь 2СГ1-5 (2шт)</w:t>
            </w:r>
          </w:p>
        </w:tc>
        <w:tc>
          <w:tcPr>
            <w:tcW w:w="2154" w:type="dxa"/>
          </w:tcPr>
          <w:p w14:paraId="0D58B598" w14:textId="77777777" w:rsidR="00433A0A" w:rsidRDefault="002F3A98">
            <w:r>
              <w:rPr>
                <w:sz w:val="13"/>
              </w:rPr>
              <w:t>металл 110,6 кг; ГФ-021 1,28 м2</w:t>
            </w:r>
          </w:p>
        </w:tc>
        <w:tc>
          <w:tcPr>
            <w:tcW w:w="2835" w:type="dxa"/>
          </w:tcPr>
          <w:p w14:paraId="1F3B321B" w14:textId="77777777" w:rsidR="00433A0A" w:rsidRDefault="002F3A98">
            <w:r>
              <w:rPr>
                <w:sz w:val="13"/>
              </w:rPr>
              <w:t>ФЕРм38-01-006-02 — Мелкие индивидуальные конструкции: связи, кронштейны и пр.; применительно к распоркам/связям.</w:t>
            </w:r>
          </w:p>
        </w:tc>
        <w:tc>
          <w:tcPr>
            <w:tcW w:w="2835" w:type="dxa"/>
          </w:tcPr>
          <w:p w14:paraId="3CFDFDE4" w14:textId="77777777" w:rsidR="00433A0A" w:rsidRDefault="002F3A98">
            <w:r>
              <w:rPr>
                <w:sz w:val="13"/>
              </w:rPr>
              <w:t>ФЕР09-03-014-01 — Монтаж связей и распорок из одиночных/парных уголков, гнутосварных профилей: пролет до 24 м, высота до 25 м. При иных парамет</w:t>
            </w:r>
            <w:r>
              <w:rPr>
                <w:sz w:val="13"/>
              </w:rPr>
              <w:t>рах — 09-03-014-02/03/04.</w:t>
            </w:r>
          </w:p>
        </w:tc>
        <w:tc>
          <w:tcPr>
            <w:tcW w:w="2381" w:type="dxa"/>
          </w:tcPr>
          <w:p w14:paraId="7701E3A0" w14:textId="77777777" w:rsidR="00433A0A" w:rsidRDefault="002F3A98">
            <w:r>
              <w:rPr>
                <w:sz w:val="13"/>
              </w:rPr>
              <w:t>ФЕР13-03-004-04 — огрунтовка металлических поверхностей грунтовкой ГФ-021 за один раз; объем по акту 1,28 м2.</w:t>
            </w:r>
          </w:p>
        </w:tc>
        <w:tc>
          <w:tcPr>
            <w:tcW w:w="2835" w:type="dxa"/>
          </w:tcPr>
          <w:p w14:paraId="1E865C20" w14:textId="77777777" w:rsidR="00433A0A" w:rsidRDefault="002F3A98">
            <w:r>
              <w:rPr>
                <w:sz w:val="13"/>
              </w:rPr>
              <w:t>— — Сварные соединения/ВИК в акте не указаны.</w:t>
            </w:r>
          </w:p>
        </w:tc>
        <w:tc>
          <w:tcPr>
            <w:tcW w:w="1587" w:type="dxa"/>
          </w:tcPr>
          <w:p w14:paraId="2388F9CA" w14:textId="77777777" w:rsidR="00433A0A" w:rsidRDefault="00433A0A"/>
        </w:tc>
      </w:tr>
      <w:tr w:rsidR="00433A0A" w14:paraId="17B58BB5" w14:textId="77777777">
        <w:trPr>
          <w:cantSplit/>
          <w:jc w:val="center"/>
        </w:trPr>
        <w:tc>
          <w:tcPr>
            <w:tcW w:w="454" w:type="dxa"/>
            <w:shd w:val="clear" w:color="auto" w:fill="F7F7F7"/>
          </w:tcPr>
          <w:p w14:paraId="2A3668DC" w14:textId="77777777" w:rsidR="00433A0A" w:rsidRDefault="002F3A98">
            <w:r>
              <w:rPr>
                <w:sz w:val="13"/>
              </w:rPr>
              <w:t>34</w:t>
            </w:r>
          </w:p>
        </w:tc>
        <w:tc>
          <w:tcPr>
            <w:tcW w:w="1871" w:type="dxa"/>
            <w:shd w:val="clear" w:color="auto" w:fill="F7F7F7"/>
          </w:tcPr>
          <w:p w14:paraId="04618ADB" w14:textId="77777777" w:rsidR="00433A0A" w:rsidRDefault="002F3A98">
            <w:r>
              <w:rPr>
                <w:sz w:val="13"/>
              </w:rPr>
              <w:t>Связь 2СГ1-6 (2шт)</w:t>
            </w:r>
          </w:p>
        </w:tc>
        <w:tc>
          <w:tcPr>
            <w:tcW w:w="2154" w:type="dxa"/>
            <w:shd w:val="clear" w:color="auto" w:fill="F7F7F7"/>
          </w:tcPr>
          <w:p w14:paraId="2D189940" w14:textId="77777777" w:rsidR="00433A0A" w:rsidRDefault="002F3A98">
            <w:r>
              <w:rPr>
                <w:sz w:val="13"/>
              </w:rPr>
              <w:t>металл 74,6 кг; ГФ-021 0,88 м2</w:t>
            </w:r>
          </w:p>
        </w:tc>
        <w:tc>
          <w:tcPr>
            <w:tcW w:w="2835" w:type="dxa"/>
            <w:shd w:val="clear" w:color="auto" w:fill="F7F7F7"/>
          </w:tcPr>
          <w:p w14:paraId="23BBEDBD" w14:textId="77777777" w:rsidR="00433A0A" w:rsidRDefault="002F3A98">
            <w:r>
              <w:rPr>
                <w:sz w:val="13"/>
              </w:rPr>
              <w:t>ФЕРм38-01-006-02 — Мелкие индивидуальные конструкции: связи, кронштейны и пр.; применительно к распоркам/связям.</w:t>
            </w:r>
          </w:p>
        </w:tc>
        <w:tc>
          <w:tcPr>
            <w:tcW w:w="2835" w:type="dxa"/>
            <w:shd w:val="clear" w:color="auto" w:fill="F7F7F7"/>
          </w:tcPr>
          <w:p w14:paraId="7B9C3C0E" w14:textId="77777777" w:rsidR="00433A0A" w:rsidRDefault="002F3A98">
            <w:r>
              <w:rPr>
                <w:sz w:val="13"/>
              </w:rPr>
              <w:t>ФЕР09-03-014-01 — Монтаж связей и распорок из одиночных/парных уголков, гнутосварных профилей: пролет до 24 м, высота до 25 м. При иных парамет</w:t>
            </w:r>
            <w:r>
              <w:rPr>
                <w:sz w:val="13"/>
              </w:rPr>
              <w:t>рах — 09-03-014-02/03/04.</w:t>
            </w:r>
          </w:p>
        </w:tc>
        <w:tc>
          <w:tcPr>
            <w:tcW w:w="2381" w:type="dxa"/>
            <w:shd w:val="clear" w:color="auto" w:fill="F7F7F7"/>
          </w:tcPr>
          <w:p w14:paraId="33B8E178" w14:textId="77777777" w:rsidR="00433A0A" w:rsidRDefault="002F3A98">
            <w:r>
              <w:rPr>
                <w:sz w:val="13"/>
              </w:rPr>
              <w:t>ФЕР13-03-004-04 — огрунтовка металлических поверхностей грунтовкой ГФ-021 за один раз; объем по акту 0,88 м2.</w:t>
            </w:r>
          </w:p>
        </w:tc>
        <w:tc>
          <w:tcPr>
            <w:tcW w:w="2835" w:type="dxa"/>
            <w:shd w:val="clear" w:color="auto" w:fill="F7F7F7"/>
          </w:tcPr>
          <w:p w14:paraId="56AE8026" w14:textId="77777777" w:rsidR="00433A0A" w:rsidRDefault="002F3A98">
            <w:r>
              <w:rPr>
                <w:sz w:val="13"/>
              </w:rPr>
              <w:t>— — Сварные соединения/ВИК в акте не указаны.</w:t>
            </w:r>
          </w:p>
        </w:tc>
        <w:tc>
          <w:tcPr>
            <w:tcW w:w="1587" w:type="dxa"/>
            <w:shd w:val="clear" w:color="auto" w:fill="F7F7F7"/>
          </w:tcPr>
          <w:p w14:paraId="7F771D8C" w14:textId="77777777" w:rsidR="00433A0A" w:rsidRDefault="00433A0A"/>
        </w:tc>
      </w:tr>
      <w:tr w:rsidR="00433A0A" w14:paraId="400B5D84" w14:textId="77777777">
        <w:trPr>
          <w:cantSplit/>
          <w:jc w:val="center"/>
        </w:trPr>
        <w:tc>
          <w:tcPr>
            <w:tcW w:w="454" w:type="dxa"/>
          </w:tcPr>
          <w:p w14:paraId="2ABD5E5F" w14:textId="77777777" w:rsidR="00433A0A" w:rsidRDefault="002F3A98">
            <w:r>
              <w:rPr>
                <w:sz w:val="13"/>
              </w:rPr>
              <w:t>35</w:t>
            </w:r>
          </w:p>
        </w:tc>
        <w:tc>
          <w:tcPr>
            <w:tcW w:w="1871" w:type="dxa"/>
          </w:tcPr>
          <w:p w14:paraId="3DDA1E28" w14:textId="77777777" w:rsidR="00433A0A" w:rsidRDefault="002F3A98">
            <w:r>
              <w:rPr>
                <w:sz w:val="13"/>
              </w:rPr>
              <w:t>Связь 2СГ1-7 (4шт)</w:t>
            </w:r>
          </w:p>
        </w:tc>
        <w:tc>
          <w:tcPr>
            <w:tcW w:w="2154" w:type="dxa"/>
          </w:tcPr>
          <w:p w14:paraId="73C3AE7C" w14:textId="77777777" w:rsidR="00433A0A" w:rsidRDefault="002F3A98">
            <w:r>
              <w:rPr>
                <w:sz w:val="13"/>
              </w:rPr>
              <w:t>металл 142,8 кг; ГФ-021 1,8 м2</w:t>
            </w:r>
          </w:p>
        </w:tc>
        <w:tc>
          <w:tcPr>
            <w:tcW w:w="2835" w:type="dxa"/>
          </w:tcPr>
          <w:p w14:paraId="3509AF9A" w14:textId="77777777" w:rsidR="00433A0A" w:rsidRDefault="002F3A98">
            <w:r>
              <w:rPr>
                <w:sz w:val="13"/>
              </w:rPr>
              <w:t>ФЕРм38-01-006-02 — Мелкие индивидуальные конструкции: связи, кронштейны и пр.; применительно к распоркам/связям.</w:t>
            </w:r>
          </w:p>
        </w:tc>
        <w:tc>
          <w:tcPr>
            <w:tcW w:w="2835" w:type="dxa"/>
          </w:tcPr>
          <w:p w14:paraId="4FA277CB" w14:textId="77777777" w:rsidR="00433A0A" w:rsidRDefault="002F3A98">
            <w:r>
              <w:rPr>
                <w:sz w:val="13"/>
              </w:rPr>
              <w:t>ФЕР09-03-014-01 — Монтаж связей и распорок из одиночных/парных уголков, гнутосварных профилей: пролет до 24 м, высота до 25 м. При иных парамет</w:t>
            </w:r>
            <w:r>
              <w:rPr>
                <w:sz w:val="13"/>
              </w:rPr>
              <w:t>рах — 09-03-014-02/03/04.</w:t>
            </w:r>
          </w:p>
        </w:tc>
        <w:tc>
          <w:tcPr>
            <w:tcW w:w="2381" w:type="dxa"/>
          </w:tcPr>
          <w:p w14:paraId="26DA8036" w14:textId="77777777" w:rsidR="00433A0A" w:rsidRDefault="002F3A98">
            <w:r>
              <w:rPr>
                <w:sz w:val="13"/>
              </w:rPr>
              <w:t>ФЕР13-03-004-04 — огрунтовка металлических поверхностей грунтовкой ГФ-021 за один раз; объем по акту 1,8 м2.</w:t>
            </w:r>
          </w:p>
        </w:tc>
        <w:tc>
          <w:tcPr>
            <w:tcW w:w="2835" w:type="dxa"/>
          </w:tcPr>
          <w:p w14:paraId="27756CD0" w14:textId="77777777" w:rsidR="00433A0A" w:rsidRDefault="002F3A98">
            <w:r>
              <w:rPr>
                <w:sz w:val="13"/>
              </w:rPr>
              <w:t>— — Сварные соединения/ВИК в акте не указаны.</w:t>
            </w:r>
          </w:p>
        </w:tc>
        <w:tc>
          <w:tcPr>
            <w:tcW w:w="1587" w:type="dxa"/>
          </w:tcPr>
          <w:p w14:paraId="5EDC2F31" w14:textId="77777777" w:rsidR="00433A0A" w:rsidRDefault="00433A0A"/>
        </w:tc>
      </w:tr>
      <w:tr w:rsidR="00433A0A" w14:paraId="1E1A3DF6" w14:textId="77777777">
        <w:trPr>
          <w:cantSplit/>
          <w:jc w:val="center"/>
        </w:trPr>
        <w:tc>
          <w:tcPr>
            <w:tcW w:w="454" w:type="dxa"/>
            <w:shd w:val="clear" w:color="auto" w:fill="F7F7F7"/>
          </w:tcPr>
          <w:p w14:paraId="0F0F6E51" w14:textId="77777777" w:rsidR="00433A0A" w:rsidRDefault="002F3A98">
            <w:r>
              <w:rPr>
                <w:sz w:val="13"/>
              </w:rPr>
              <w:t>36</w:t>
            </w:r>
          </w:p>
        </w:tc>
        <w:tc>
          <w:tcPr>
            <w:tcW w:w="1871" w:type="dxa"/>
            <w:shd w:val="clear" w:color="auto" w:fill="F7F7F7"/>
          </w:tcPr>
          <w:p w14:paraId="5E07D957" w14:textId="77777777" w:rsidR="00433A0A" w:rsidRDefault="002F3A98">
            <w:r>
              <w:rPr>
                <w:sz w:val="13"/>
              </w:rPr>
              <w:t>Колонна 1К3-1</w:t>
            </w:r>
          </w:p>
        </w:tc>
        <w:tc>
          <w:tcPr>
            <w:tcW w:w="2154" w:type="dxa"/>
            <w:shd w:val="clear" w:color="auto" w:fill="F7F7F7"/>
          </w:tcPr>
          <w:p w14:paraId="6E29B61F" w14:textId="77777777" w:rsidR="00433A0A" w:rsidRDefault="002F3A98">
            <w:r>
              <w:rPr>
                <w:sz w:val="13"/>
              </w:rPr>
              <w:t xml:space="preserve">металл 1573,5 кг; сварка 55,00/1573,5; ВИК 55 м; </w:t>
            </w:r>
            <w:r>
              <w:rPr>
                <w:sz w:val="13"/>
              </w:rPr>
              <w:t>ГФ-021 21 м2</w:t>
            </w:r>
          </w:p>
        </w:tc>
        <w:tc>
          <w:tcPr>
            <w:tcW w:w="2835" w:type="dxa"/>
            <w:shd w:val="clear" w:color="auto" w:fill="F7F7F7"/>
          </w:tcPr>
          <w:p w14:paraId="513CA318" w14:textId="77777777" w:rsidR="00433A0A" w:rsidRDefault="002F3A98">
            <w:r>
              <w:rPr>
                <w:sz w:val="13"/>
              </w:rPr>
              <w:t>ФЕРм38-01-003-01 — Стойки/опоры, применительно к колоннам; сборка с краном на автомобильном ходу/манипулятором.</w:t>
            </w:r>
          </w:p>
        </w:tc>
        <w:tc>
          <w:tcPr>
            <w:tcW w:w="2835" w:type="dxa"/>
            <w:shd w:val="clear" w:color="auto" w:fill="F7F7F7"/>
          </w:tcPr>
          <w:p w14:paraId="1E49B5D9" w14:textId="77777777" w:rsidR="00433A0A" w:rsidRDefault="002F3A98">
            <w:r>
              <w:rPr>
                <w:sz w:val="13"/>
              </w:rPr>
              <w:t>ФЕР09-03-002-02 — Монтаж колонн до 25 м цельного сечения; подбор по ориентировочной массе 1.573 т. При составном сечении заменить н</w:t>
            </w:r>
            <w:r>
              <w:rPr>
                <w:sz w:val="13"/>
              </w:rPr>
              <w:t>а 09-03-002-04/05/06 по массе.</w:t>
            </w:r>
          </w:p>
        </w:tc>
        <w:tc>
          <w:tcPr>
            <w:tcW w:w="2381" w:type="dxa"/>
            <w:shd w:val="clear" w:color="auto" w:fill="F7F7F7"/>
          </w:tcPr>
          <w:p w14:paraId="0CD20F6A" w14:textId="77777777" w:rsidR="00433A0A" w:rsidRDefault="002F3A98">
            <w:r>
              <w:rPr>
                <w:sz w:val="13"/>
              </w:rPr>
              <w:t>ФЕР13-03-004-04 — огрунтовка металлических поверхностей грунтовкой ГФ-021 за один раз; объем по акту 21 м2.</w:t>
            </w:r>
          </w:p>
        </w:tc>
        <w:tc>
          <w:tcPr>
            <w:tcW w:w="2835" w:type="dxa"/>
            <w:shd w:val="clear" w:color="auto" w:fill="F7F7F7"/>
          </w:tcPr>
          <w:p w14:paraId="71A61738" w14:textId="77777777" w:rsidR="00433A0A" w:rsidRDefault="002F3A98">
            <w:r>
              <w:rPr>
                <w:sz w:val="13"/>
              </w:rPr>
              <w:t>ФЕРм39-02-001-21 — ВИК сварных соединений оборудования/конструкций с одной стороны, м шва; при контроле с двух сторон</w:t>
            </w:r>
            <w:r>
              <w:rPr>
                <w:sz w:val="13"/>
              </w:rPr>
              <w:t xml:space="preserve"> — 39-02-001-22.</w:t>
            </w:r>
          </w:p>
        </w:tc>
        <w:tc>
          <w:tcPr>
            <w:tcW w:w="1587" w:type="dxa"/>
            <w:shd w:val="clear" w:color="auto" w:fill="F7F7F7"/>
          </w:tcPr>
          <w:p w14:paraId="0BD5A4A6" w14:textId="77777777" w:rsidR="00433A0A" w:rsidRDefault="00433A0A"/>
        </w:tc>
      </w:tr>
    </w:tbl>
    <w:p w14:paraId="6FC7CF0C" w14:textId="77777777" w:rsidR="00433A0A" w:rsidRDefault="002F3A98">
      <w:pPr>
        <w:pStyle w:val="21"/>
      </w:pPr>
      <w:r>
        <w:br/>
        <w:t>Сводка примененных базовых расценок и основания выбора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7847"/>
        <w:gridCol w:w="7847"/>
      </w:tblGrid>
      <w:tr w:rsidR="00433A0A" w14:paraId="00AC2614" w14:textId="77777777">
        <w:trPr>
          <w:cantSplit/>
          <w:tblHeader/>
          <w:jc w:val="center"/>
        </w:trPr>
        <w:tc>
          <w:tcPr>
            <w:tcW w:w="7852" w:type="dxa"/>
            <w:shd w:val="clear" w:color="auto" w:fill="D9EAF7"/>
          </w:tcPr>
          <w:p w14:paraId="5F5EE08A" w14:textId="77777777" w:rsidR="00433A0A" w:rsidRDefault="002F3A98">
            <w:r>
              <w:rPr>
                <w:b/>
              </w:rPr>
              <w:t>Расценка</w:t>
            </w:r>
          </w:p>
        </w:tc>
        <w:tc>
          <w:tcPr>
            <w:tcW w:w="7852" w:type="dxa"/>
            <w:shd w:val="clear" w:color="auto" w:fill="D9EAF7"/>
          </w:tcPr>
          <w:p w14:paraId="55D8FE99" w14:textId="77777777" w:rsidR="00433A0A" w:rsidRDefault="002F3A98">
            <w:r>
              <w:rPr>
                <w:b/>
              </w:rPr>
              <w:t>Почему применена / что проверить</w:t>
            </w:r>
          </w:p>
        </w:tc>
      </w:tr>
      <w:tr w:rsidR="00433A0A" w14:paraId="211CFCE3" w14:textId="77777777">
        <w:trPr>
          <w:cantSplit/>
          <w:jc w:val="center"/>
        </w:trPr>
        <w:tc>
          <w:tcPr>
            <w:tcW w:w="7852" w:type="dxa"/>
          </w:tcPr>
          <w:p w14:paraId="673D6F5B" w14:textId="77777777" w:rsidR="00433A0A" w:rsidRDefault="002F3A98">
            <w:r>
              <w:rPr>
                <w:sz w:val="15"/>
              </w:rPr>
              <w:t>ФЕРм38-01-004-01</w:t>
            </w:r>
          </w:p>
        </w:tc>
        <w:tc>
          <w:tcPr>
            <w:tcW w:w="7852" w:type="dxa"/>
          </w:tcPr>
          <w:p w14:paraId="3AE5E8B3" w14:textId="77777777" w:rsidR="00433A0A" w:rsidRDefault="002F3A98">
            <w:r>
              <w:rPr>
                <w:sz w:val="15"/>
              </w:rPr>
              <w:t>Изготовление площадок/настилов; в акте настилы из рифленого листа с полосами и сваркой.</w:t>
            </w:r>
          </w:p>
        </w:tc>
      </w:tr>
      <w:tr w:rsidR="00433A0A" w14:paraId="36EAF9A2" w14:textId="77777777">
        <w:trPr>
          <w:cantSplit/>
          <w:jc w:val="center"/>
        </w:trPr>
        <w:tc>
          <w:tcPr>
            <w:tcW w:w="7852" w:type="dxa"/>
          </w:tcPr>
          <w:p w14:paraId="701E4C7B" w14:textId="77777777" w:rsidR="00433A0A" w:rsidRDefault="002F3A98">
            <w:r>
              <w:rPr>
                <w:sz w:val="15"/>
              </w:rPr>
              <w:t>ФЕРм38-01-002-01</w:t>
            </w:r>
          </w:p>
        </w:tc>
        <w:tc>
          <w:tcPr>
            <w:tcW w:w="7852" w:type="dxa"/>
          </w:tcPr>
          <w:p w14:paraId="5568F77A" w14:textId="77777777" w:rsidR="00433A0A" w:rsidRDefault="002F3A98">
            <w:r>
              <w:rPr>
                <w:sz w:val="15"/>
              </w:rPr>
              <w:t>Изготовление балок, ригелей и аналогичных конструкций.</w:t>
            </w:r>
          </w:p>
        </w:tc>
      </w:tr>
      <w:tr w:rsidR="00433A0A" w14:paraId="7F9DA286" w14:textId="77777777">
        <w:trPr>
          <w:cantSplit/>
          <w:jc w:val="center"/>
        </w:trPr>
        <w:tc>
          <w:tcPr>
            <w:tcW w:w="7852" w:type="dxa"/>
          </w:tcPr>
          <w:p w14:paraId="6F778E6C" w14:textId="77777777" w:rsidR="00433A0A" w:rsidRDefault="002F3A98">
            <w:r>
              <w:rPr>
                <w:sz w:val="15"/>
              </w:rPr>
              <w:t>ФЕРм38-01-003-01</w:t>
            </w:r>
          </w:p>
        </w:tc>
        <w:tc>
          <w:tcPr>
            <w:tcW w:w="7852" w:type="dxa"/>
          </w:tcPr>
          <w:p w14:paraId="589FA584" w14:textId="77777777" w:rsidR="00433A0A" w:rsidRDefault="002F3A98">
            <w:r>
              <w:rPr>
                <w:sz w:val="15"/>
              </w:rPr>
              <w:t>Изготовление стоек/опор; применительно к колоннам.</w:t>
            </w:r>
          </w:p>
        </w:tc>
      </w:tr>
      <w:tr w:rsidR="00433A0A" w14:paraId="24DA7C26" w14:textId="77777777">
        <w:trPr>
          <w:cantSplit/>
          <w:jc w:val="center"/>
        </w:trPr>
        <w:tc>
          <w:tcPr>
            <w:tcW w:w="7852" w:type="dxa"/>
          </w:tcPr>
          <w:p w14:paraId="5D70EC42" w14:textId="77777777" w:rsidR="00433A0A" w:rsidRDefault="002F3A98">
            <w:r>
              <w:rPr>
                <w:sz w:val="15"/>
              </w:rPr>
              <w:t>ФЕРм38-01-006-02</w:t>
            </w:r>
          </w:p>
        </w:tc>
        <w:tc>
          <w:tcPr>
            <w:tcW w:w="7852" w:type="dxa"/>
          </w:tcPr>
          <w:p w14:paraId="50248A4D" w14:textId="77777777" w:rsidR="00433A0A" w:rsidRDefault="002F3A98">
            <w:r>
              <w:rPr>
                <w:sz w:val="15"/>
              </w:rPr>
              <w:t>Мелкие индивидуальные конструкции: связи, кронштейны и пр.; применительно к распоркам и связям.</w:t>
            </w:r>
          </w:p>
        </w:tc>
      </w:tr>
      <w:tr w:rsidR="00433A0A" w14:paraId="27F7EE82" w14:textId="77777777">
        <w:trPr>
          <w:cantSplit/>
          <w:jc w:val="center"/>
        </w:trPr>
        <w:tc>
          <w:tcPr>
            <w:tcW w:w="7852" w:type="dxa"/>
          </w:tcPr>
          <w:p w14:paraId="6CD97EEA" w14:textId="77777777" w:rsidR="00433A0A" w:rsidRDefault="002F3A98">
            <w:r>
              <w:rPr>
                <w:sz w:val="15"/>
              </w:rPr>
              <w:t>ФЕР13-03-004-04</w:t>
            </w:r>
          </w:p>
        </w:tc>
        <w:tc>
          <w:tcPr>
            <w:tcW w:w="7852" w:type="dxa"/>
          </w:tcPr>
          <w:p w14:paraId="6EE6D14A" w14:textId="77777777" w:rsidR="00433A0A" w:rsidRDefault="002F3A98">
            <w:r>
              <w:rPr>
                <w:sz w:val="15"/>
              </w:rPr>
              <w:t>О</w:t>
            </w:r>
            <w:r>
              <w:rPr>
                <w:sz w:val="15"/>
              </w:rPr>
              <w:t>грунтовка металлических поверхностей грунтовкой ГФ-021 за один раз; объемы в акте даны в м2.</w:t>
            </w:r>
          </w:p>
        </w:tc>
      </w:tr>
      <w:tr w:rsidR="00433A0A" w14:paraId="7FC4AFAC" w14:textId="77777777">
        <w:trPr>
          <w:cantSplit/>
          <w:jc w:val="center"/>
        </w:trPr>
        <w:tc>
          <w:tcPr>
            <w:tcW w:w="7852" w:type="dxa"/>
          </w:tcPr>
          <w:p w14:paraId="6D85B6FB" w14:textId="77777777" w:rsidR="00433A0A" w:rsidRDefault="002F3A98">
            <w:r>
              <w:rPr>
                <w:sz w:val="15"/>
              </w:rPr>
              <w:t>ФЕРм39-02-001-21</w:t>
            </w:r>
          </w:p>
        </w:tc>
        <w:tc>
          <w:tcPr>
            <w:tcW w:w="7852" w:type="dxa"/>
          </w:tcPr>
          <w:p w14:paraId="3DC9BF82" w14:textId="77777777" w:rsidR="00433A0A" w:rsidRDefault="002F3A98">
            <w:r>
              <w:rPr>
                <w:sz w:val="15"/>
              </w:rPr>
              <w:t>Визуальный и измерительный контроль сварных соединений конструкций с одной стороны, измеритель м шва.</w:t>
            </w:r>
          </w:p>
        </w:tc>
      </w:tr>
      <w:tr w:rsidR="00433A0A" w14:paraId="1577C4F7" w14:textId="77777777">
        <w:trPr>
          <w:cantSplit/>
          <w:jc w:val="center"/>
        </w:trPr>
        <w:tc>
          <w:tcPr>
            <w:tcW w:w="7852" w:type="dxa"/>
          </w:tcPr>
          <w:p w14:paraId="37944455" w14:textId="77777777" w:rsidR="00433A0A" w:rsidRDefault="002F3A98">
            <w:r>
              <w:rPr>
                <w:sz w:val="15"/>
              </w:rPr>
              <w:t>ФЕРм39-02-008-01/02</w:t>
            </w:r>
          </w:p>
        </w:tc>
        <w:tc>
          <w:tcPr>
            <w:tcW w:w="7852" w:type="dxa"/>
          </w:tcPr>
          <w:p w14:paraId="4E0E4B9E" w14:textId="77777777" w:rsidR="00433A0A" w:rsidRDefault="002F3A98">
            <w:r>
              <w:rPr>
                <w:sz w:val="15"/>
              </w:rPr>
              <w:t>Ультразвуковая дефектоскопия сварных соединений оборудования и конструкций; код уточняется по толщине металла и положению шва.</w:t>
            </w:r>
          </w:p>
        </w:tc>
      </w:tr>
      <w:tr w:rsidR="00433A0A" w14:paraId="5C996F58" w14:textId="77777777">
        <w:trPr>
          <w:cantSplit/>
          <w:jc w:val="center"/>
        </w:trPr>
        <w:tc>
          <w:tcPr>
            <w:tcW w:w="7852" w:type="dxa"/>
          </w:tcPr>
          <w:p w14:paraId="2ECC0608" w14:textId="77777777" w:rsidR="00433A0A" w:rsidRDefault="002F3A98">
            <w:r>
              <w:rPr>
                <w:sz w:val="15"/>
              </w:rPr>
              <w:t>ФЕР09-03-030-01</w:t>
            </w:r>
          </w:p>
        </w:tc>
        <w:tc>
          <w:tcPr>
            <w:tcW w:w="7852" w:type="dxa"/>
          </w:tcPr>
          <w:p w14:paraId="641033A0" w14:textId="77777777" w:rsidR="00433A0A" w:rsidRDefault="002F3A98">
            <w:r>
              <w:rPr>
                <w:sz w:val="15"/>
              </w:rPr>
              <w:t>Монтаж площадок с настилом из листовой/рифленой стали.</w:t>
            </w:r>
          </w:p>
        </w:tc>
      </w:tr>
      <w:tr w:rsidR="00433A0A" w14:paraId="02E73195" w14:textId="77777777">
        <w:trPr>
          <w:cantSplit/>
          <w:jc w:val="center"/>
        </w:trPr>
        <w:tc>
          <w:tcPr>
            <w:tcW w:w="7852" w:type="dxa"/>
          </w:tcPr>
          <w:p w14:paraId="0551643B" w14:textId="77777777" w:rsidR="00433A0A" w:rsidRDefault="002F3A98">
            <w:r>
              <w:rPr>
                <w:sz w:val="15"/>
              </w:rPr>
              <w:t>ФЕР09-03-002-12</w:t>
            </w:r>
          </w:p>
        </w:tc>
        <w:tc>
          <w:tcPr>
            <w:tcW w:w="7852" w:type="dxa"/>
          </w:tcPr>
          <w:p w14:paraId="1E7ED612" w14:textId="77777777" w:rsidR="00433A0A" w:rsidRDefault="002F3A98">
            <w:r>
              <w:rPr>
                <w:sz w:val="15"/>
              </w:rPr>
              <w:t>Монтаж балок/ригелей до 25 м; высоту нуж</w:t>
            </w:r>
            <w:r>
              <w:rPr>
                <w:sz w:val="15"/>
              </w:rPr>
              <w:t>но сверить с ППР/КМ.</w:t>
            </w:r>
          </w:p>
        </w:tc>
      </w:tr>
      <w:tr w:rsidR="00433A0A" w14:paraId="2D14DB75" w14:textId="77777777">
        <w:trPr>
          <w:cantSplit/>
          <w:jc w:val="center"/>
        </w:trPr>
        <w:tc>
          <w:tcPr>
            <w:tcW w:w="7852" w:type="dxa"/>
          </w:tcPr>
          <w:p w14:paraId="7A65C7B7" w14:textId="77777777" w:rsidR="00433A0A" w:rsidRDefault="002F3A98">
            <w:r>
              <w:rPr>
                <w:sz w:val="15"/>
              </w:rPr>
              <w:t>ФЕР09-03-002-01/02/03</w:t>
            </w:r>
          </w:p>
        </w:tc>
        <w:tc>
          <w:tcPr>
            <w:tcW w:w="7852" w:type="dxa"/>
          </w:tcPr>
          <w:p w14:paraId="2DABA63A" w14:textId="77777777" w:rsidR="00433A0A" w:rsidRDefault="002F3A98">
            <w:r>
              <w:rPr>
                <w:sz w:val="15"/>
              </w:rPr>
              <w:t>Монтаж колонн до 25 м; выбор по массе элемента.</w:t>
            </w:r>
          </w:p>
        </w:tc>
      </w:tr>
      <w:tr w:rsidR="00433A0A" w14:paraId="2539270C" w14:textId="77777777">
        <w:trPr>
          <w:cantSplit/>
          <w:jc w:val="center"/>
        </w:trPr>
        <w:tc>
          <w:tcPr>
            <w:tcW w:w="7852" w:type="dxa"/>
          </w:tcPr>
          <w:p w14:paraId="1433EFEC" w14:textId="77777777" w:rsidR="00433A0A" w:rsidRDefault="002F3A98">
            <w:r>
              <w:rPr>
                <w:sz w:val="15"/>
              </w:rPr>
              <w:t>ФЕР09-03-014-01</w:t>
            </w:r>
          </w:p>
        </w:tc>
        <w:tc>
          <w:tcPr>
            <w:tcW w:w="7852" w:type="dxa"/>
          </w:tcPr>
          <w:p w14:paraId="2787F119" w14:textId="77777777" w:rsidR="00433A0A" w:rsidRDefault="002F3A98">
            <w:r>
              <w:rPr>
                <w:sz w:val="15"/>
              </w:rPr>
              <w:t>Монтаж связей и распорок из уголков/гнутосварных профилей при пролете до 24 м и высоте до 25 м.</w:t>
            </w:r>
          </w:p>
        </w:tc>
      </w:tr>
    </w:tbl>
    <w:p w14:paraId="1C9BBE78" w14:textId="77777777" w:rsidR="00433A0A" w:rsidRDefault="002F3A98">
      <w:r>
        <w:rPr>
          <w:b/>
        </w:rPr>
        <w:t xml:space="preserve">Контрольные замечания для защиты сметы: </w:t>
      </w:r>
      <w:r>
        <w:t>1) металлопрокат по ФЕРм38 учитывать отдельными строками по спецификации; 2) очистка/грунтовка/окраска по ФЕРм38 не учтены и вынесены в ФЕР13; 3) ВИК/УЗК учитывать только при наличии требований проекта/КМД/журнала св</w:t>
      </w:r>
      <w:r>
        <w:t>арки; 4) при экспертизе желательно приложить ППР/технологическую карту на изготовление на площадке, схему временного заготовительного участка и ведомость фактических сварных соединений.</w:t>
      </w:r>
    </w:p>
    <w:sectPr w:rsidR="00433A0A" w:rsidSect="00034616">
      <w:footerReference w:type="default" r:id="rId8"/>
      <w:pgSz w:w="16838" w:h="11906" w:orient="landscape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3AE8C" w14:textId="77777777" w:rsidR="002F3A98" w:rsidRDefault="002F3A98">
      <w:pPr>
        <w:spacing w:after="0" w:line="240" w:lineRule="auto"/>
      </w:pPr>
      <w:r>
        <w:separator/>
      </w:r>
    </w:p>
  </w:endnote>
  <w:endnote w:type="continuationSeparator" w:id="0">
    <w:p w14:paraId="308696CC" w14:textId="77777777" w:rsidR="002F3A98" w:rsidRDefault="002F3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513B9" w14:textId="77777777" w:rsidR="00433A0A" w:rsidRDefault="002F3A98">
    <w:pPr>
      <w:pStyle w:val="a7"/>
      <w:jc w:val="right"/>
    </w:pPr>
    <w:r>
      <w:rPr>
        <w:sz w:val="14"/>
      </w:rPr>
      <w:t>Подготовлено по Акту №8 и загруженным сборникам ФЕР/Ф</w:t>
    </w:r>
    <w:r>
      <w:rPr>
        <w:sz w:val="14"/>
      </w:rPr>
      <w:t>ЕРм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73708" w14:textId="77777777" w:rsidR="002F3A98" w:rsidRDefault="002F3A98">
      <w:pPr>
        <w:spacing w:after="0" w:line="240" w:lineRule="auto"/>
      </w:pPr>
      <w:r>
        <w:separator/>
      </w:r>
    </w:p>
  </w:footnote>
  <w:footnote w:type="continuationSeparator" w:id="0">
    <w:p w14:paraId="70172DC6" w14:textId="77777777" w:rsidR="002F3A98" w:rsidRDefault="002F3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F3A98"/>
    <w:rsid w:val="00326F90"/>
    <w:rsid w:val="00433A0A"/>
    <w:rsid w:val="004E427A"/>
    <w:rsid w:val="005742E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E21359"/>
  <w14:defaultImageDpi w14:val="300"/>
  <w15:docId w15:val="{590F45FB-408B-49EA-A921-0545DA0F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sz w:val="16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3567</Words>
  <Characters>20334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23854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Анастасия</cp:lastModifiedBy>
  <cp:revision>2</cp:revision>
  <dcterms:created xsi:type="dcterms:W3CDTF">2026-06-05T10:20:00Z</dcterms:created>
  <dcterms:modified xsi:type="dcterms:W3CDTF">2026-06-05T10:20:00Z</dcterms:modified>
  <cp:category/>
</cp:coreProperties>
</file>