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CA99" w14:textId="681A3FDA" w:rsidR="008E2015" w:rsidRDefault="00247E6F" w:rsidP="008E2015">
      <w:pPr>
        <w:pStyle w:val="1"/>
        <w:jc w:val="right"/>
        <w:rPr>
          <w:lang w:val="ru-RU"/>
        </w:rPr>
      </w:pPr>
      <w:r w:rsidRPr="00247E6F">
        <w:drawing>
          <wp:anchor distT="0" distB="0" distL="114300" distR="114300" simplePos="0" relativeHeight="251658240" behindDoc="0" locked="0" layoutInCell="1" allowOverlap="1" wp14:anchorId="5210730C" wp14:editId="3BAB5CA9">
            <wp:simplePos x="0" y="0"/>
            <wp:positionH relativeFrom="column">
              <wp:posOffset>152399</wp:posOffset>
            </wp:positionH>
            <wp:positionV relativeFrom="paragraph">
              <wp:posOffset>300990</wp:posOffset>
            </wp:positionV>
            <wp:extent cx="2461409" cy="706755"/>
            <wp:effectExtent l="0" t="0" r="0" b="0"/>
            <wp:wrapNone/>
            <wp:docPr id="35" name="Рисунок 34">
              <a:extLst xmlns:a="http://schemas.openxmlformats.org/drawingml/2006/main">
                <a:ext uri="{FF2B5EF4-FFF2-40B4-BE49-F238E27FC236}">
                  <a16:creationId xmlns:a16="http://schemas.microsoft.com/office/drawing/2014/main" id="{21027A74-C381-4557-8B92-5F631128AA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>
                      <a:extLst>
                        <a:ext uri="{FF2B5EF4-FFF2-40B4-BE49-F238E27FC236}">
                          <a16:creationId xmlns:a16="http://schemas.microsoft.com/office/drawing/2014/main" id="{21027A74-C381-4557-8B92-5F631128AA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2722" cy="70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015" w:rsidRPr="00A52AED">
        <w:rPr>
          <w:noProof/>
        </w:rPr>
        <w:drawing>
          <wp:inline distT="0" distB="0" distL="0" distR="0" wp14:anchorId="76B2DA85" wp14:editId="467610A2">
            <wp:extent cx="2619375" cy="706755"/>
            <wp:effectExtent l="0" t="0" r="9525" b="0"/>
            <wp:docPr id="11" name="Рисунок 10" descr="КиКГЕОСТРО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КиКГЕОСТРОЙ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98" cy="706869"/>
                    </a:xfrm>
                    <a:prstGeom prst="roundRect">
                      <a:avLst>
                        <a:gd name="adj" fmla="val 7692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endPos="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3271975" w14:textId="77777777" w:rsidR="008E2015" w:rsidRPr="008E2015" w:rsidRDefault="008E2015" w:rsidP="008E2015">
      <w:pPr>
        <w:rPr>
          <w:lang w:val="ru-RU"/>
        </w:rPr>
      </w:pPr>
    </w:p>
    <w:p w14:paraId="3E6A238B" w14:textId="0FD95486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Группа 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компани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й Shellrockk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 уже более 16 лет работает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в сфере 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промышленного строительства, спец. работ и энергетике. Оказывает комплекс работ себя в качестве надежного партнера для крупнейших сетевых и частных компаний нашей страны.</w:t>
      </w:r>
    </w:p>
    <w:p w14:paraId="08E26A6F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Количество проектов в нашей компании растет и одновременно повышается уровень этих проектов. Нам нужен по-настоящему результативный и системный человек, которому не безразлична судьба проекта и команды в целом.</w:t>
      </w:r>
    </w:p>
    <w:p w14:paraId="7119DD1E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Нам нужны суперспециалисты в области общестроительных работ и в области железнодорожного строительства, которые будут приходить к нам не НА РАБОТУ, а приходить РАБОТАТЬ с полной отдачей себя для достижения своих цели!</w:t>
      </w:r>
    </w:p>
    <w:p w14:paraId="0844BBF7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Генеральный подрядчик полного цикла в промышленном строительстве, приглашает на работу : </w:t>
      </w:r>
    </w:p>
    <w:p w14:paraId="08D05246" w14:textId="77464FA4" w:rsidR="00FC0B21" w:rsidRPr="008E2015" w:rsidRDefault="003F3D31">
      <w:pPr>
        <w:pStyle w:val="1"/>
        <w:rPr>
          <w:lang w:val="ru-RU"/>
        </w:rPr>
      </w:pPr>
      <w:r w:rsidRPr="008E2015">
        <w:rPr>
          <w:lang w:val="ru-RU"/>
        </w:rPr>
        <w:t>П</w:t>
      </w:r>
      <w:r w:rsidRPr="008E2015">
        <w:rPr>
          <w:lang w:val="ru-RU"/>
        </w:rPr>
        <w:t>роизводитель работ (г. Усть-Луга)</w:t>
      </w:r>
      <w:r w:rsidR="008E2015" w:rsidRPr="008E2015">
        <w:rPr>
          <w:noProof/>
          <w:lang w:val="ru-RU"/>
        </w:rPr>
        <w:t xml:space="preserve"> </w:t>
      </w:r>
    </w:p>
    <w:p w14:paraId="3AF0EC12" w14:textId="77777777" w:rsidR="00FC0B21" w:rsidRPr="008E2015" w:rsidRDefault="003F3D31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Местонахождение: </w:t>
      </w:r>
      <w:r w:rsidRPr="008E2015">
        <w:rPr>
          <w:sz w:val="24"/>
          <w:lang w:val="ru-RU"/>
        </w:rPr>
        <w:t>Усть-Луга</w:t>
      </w:r>
    </w:p>
    <w:p w14:paraId="479D418F" w14:textId="77777777" w:rsidR="00FC0B21" w:rsidRPr="008E2015" w:rsidRDefault="003F3D31">
      <w:pPr>
        <w:rPr>
          <w:lang w:val="ru-RU"/>
        </w:rPr>
      </w:pPr>
      <w:r w:rsidRPr="008E2015">
        <w:rPr>
          <w:b/>
          <w:sz w:val="24"/>
          <w:lang w:val="ru-RU"/>
        </w:rPr>
        <w:t xml:space="preserve">Тип занятости: </w:t>
      </w:r>
      <w:r w:rsidRPr="008E2015">
        <w:rPr>
          <w:sz w:val="24"/>
          <w:lang w:val="ru-RU"/>
        </w:rPr>
        <w:t>Полная занятость, полный день</w:t>
      </w:r>
    </w:p>
    <w:p w14:paraId="76E8EEAD" w14:textId="77777777" w:rsidR="00FC0B21" w:rsidRPr="008E2015" w:rsidRDefault="003F3D31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Опыт работы: </w:t>
      </w:r>
      <w:r w:rsidRPr="008E2015">
        <w:rPr>
          <w:sz w:val="24"/>
          <w:lang w:val="ru-RU"/>
        </w:rPr>
        <w:t>обязателен</w:t>
      </w:r>
    </w:p>
    <w:p w14:paraId="611959FB" w14:textId="3DC3B650" w:rsidR="00FC0B21" w:rsidRPr="008E2015" w:rsidRDefault="003F3D31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Заработная плата: </w:t>
      </w:r>
      <w:r w:rsidR="008E2015">
        <w:rPr>
          <w:sz w:val="24"/>
          <w:lang w:val="ru-RU"/>
        </w:rPr>
        <w:t>от 1</w:t>
      </w:r>
      <w:r w:rsidR="00BE0C2B">
        <w:rPr>
          <w:sz w:val="24"/>
          <w:lang w:val="ru-RU"/>
        </w:rPr>
        <w:t>7</w:t>
      </w:r>
      <w:r w:rsidR="008E2015">
        <w:rPr>
          <w:sz w:val="24"/>
          <w:lang w:val="ru-RU"/>
        </w:rPr>
        <w:t>0 000 рублей</w:t>
      </w:r>
    </w:p>
    <w:p w14:paraId="642DBFC1" w14:textId="77777777" w:rsidR="00BE0C2B" w:rsidRPr="00BE0C2B" w:rsidRDefault="00BE0C2B" w:rsidP="00BE0C2B">
      <w:pPr>
        <w:pStyle w:val="1"/>
        <w:rPr>
          <w:lang w:val="ru-RU"/>
        </w:rPr>
      </w:pPr>
      <w:r w:rsidRPr="00BE0C2B">
        <w:rPr>
          <w:lang w:val="ru-RU"/>
        </w:rPr>
        <w:t>Обязанности</w:t>
      </w:r>
    </w:p>
    <w:p w14:paraId="4A2247AC" w14:textId="77777777" w:rsidR="00BE0C2B" w:rsidRDefault="00BE0C2B" w:rsidP="00BE0C2B">
      <w:pPr>
        <w:pStyle w:val="aff8"/>
        <w:numPr>
          <w:ilvl w:val="0"/>
          <w:numId w:val="10"/>
        </w:numPr>
      </w:pPr>
      <w:r>
        <w:t>Выполнение геодезического сопровождения строительных и монтажных работ на объекте;</w:t>
      </w:r>
    </w:p>
    <w:p w14:paraId="2024754B" w14:textId="77777777" w:rsidR="00BE0C2B" w:rsidRDefault="00BE0C2B" w:rsidP="00BE0C2B">
      <w:pPr>
        <w:pStyle w:val="aff8"/>
        <w:numPr>
          <w:ilvl w:val="0"/>
          <w:numId w:val="10"/>
        </w:numPr>
      </w:pPr>
      <w:r>
        <w:t>Проведение выносных работ на местности (разбивка осей, высотных отметок и пр.);</w:t>
      </w:r>
    </w:p>
    <w:p w14:paraId="31B46FA0" w14:textId="77777777" w:rsidR="00BE0C2B" w:rsidRDefault="00BE0C2B" w:rsidP="00BE0C2B">
      <w:pPr>
        <w:pStyle w:val="aff8"/>
        <w:numPr>
          <w:ilvl w:val="0"/>
          <w:numId w:val="10"/>
        </w:numPr>
      </w:pPr>
      <w:r>
        <w:t>Съёмка и составление исполнительных схем и документации;</w:t>
      </w:r>
    </w:p>
    <w:p w14:paraId="722B1B7F" w14:textId="77777777" w:rsidR="00BE0C2B" w:rsidRDefault="00BE0C2B" w:rsidP="00BE0C2B">
      <w:pPr>
        <w:pStyle w:val="aff8"/>
        <w:numPr>
          <w:ilvl w:val="0"/>
          <w:numId w:val="10"/>
        </w:numPr>
      </w:pPr>
      <w:r>
        <w:t>Контроль за соблюдением проектных координат и геометрии при монтаже конструкций;</w:t>
      </w:r>
    </w:p>
    <w:p w14:paraId="7ACAD730" w14:textId="77777777" w:rsidR="00BE0C2B" w:rsidRDefault="00BE0C2B" w:rsidP="00BE0C2B">
      <w:pPr>
        <w:pStyle w:val="aff8"/>
        <w:numPr>
          <w:ilvl w:val="0"/>
          <w:numId w:val="10"/>
        </w:numPr>
      </w:pPr>
      <w:r>
        <w:t>Поддержание актуальности геодезической разбивки на объекте;</w:t>
      </w:r>
    </w:p>
    <w:p w14:paraId="52AE369C" w14:textId="77777777" w:rsidR="00BE0C2B" w:rsidRDefault="00BE0C2B" w:rsidP="00BE0C2B">
      <w:pPr>
        <w:pStyle w:val="aff8"/>
        <w:numPr>
          <w:ilvl w:val="0"/>
          <w:numId w:val="10"/>
        </w:numPr>
      </w:pPr>
      <w:r>
        <w:t>Взаимодействие с представителями Заказчика и технадзора;</w:t>
      </w:r>
    </w:p>
    <w:p w14:paraId="0071E75A" w14:textId="77777777" w:rsidR="00BE0C2B" w:rsidRDefault="00BE0C2B" w:rsidP="00BE0C2B">
      <w:pPr>
        <w:pStyle w:val="aff8"/>
        <w:numPr>
          <w:ilvl w:val="0"/>
          <w:numId w:val="10"/>
        </w:numPr>
      </w:pPr>
      <w:r>
        <w:t>Своевременная передача исполнительной документации в ПТО и технический отдел;</w:t>
      </w:r>
    </w:p>
    <w:p w14:paraId="2CC511A8" w14:textId="77777777" w:rsidR="00BE0C2B" w:rsidRDefault="00BE0C2B" w:rsidP="00BE0C2B">
      <w:pPr>
        <w:pStyle w:val="aff8"/>
        <w:numPr>
          <w:ilvl w:val="0"/>
          <w:numId w:val="10"/>
        </w:numPr>
      </w:pPr>
      <w:r>
        <w:t>Работа с тахеометрами, нивелирами, ГНСС-оборудованием, лазерными дальномерами и пр.</w:t>
      </w:r>
    </w:p>
    <w:p w14:paraId="1F432916" w14:textId="06974D30" w:rsidR="00BE0C2B" w:rsidRDefault="00BE0C2B" w:rsidP="00BE0C2B"/>
    <w:p w14:paraId="6E8BE1CE" w14:textId="77777777" w:rsidR="00BE0C2B" w:rsidRPr="00BE0C2B" w:rsidRDefault="00BE0C2B" w:rsidP="00BE0C2B">
      <w:pPr>
        <w:pStyle w:val="1"/>
        <w:rPr>
          <w:lang w:val="ru-RU"/>
        </w:rPr>
      </w:pPr>
      <w:r w:rsidRPr="00BE0C2B">
        <w:rPr>
          <w:lang w:val="ru-RU"/>
        </w:rPr>
        <w:lastRenderedPageBreak/>
        <w:t>Требования</w:t>
      </w:r>
    </w:p>
    <w:p w14:paraId="076295DC" w14:textId="77777777" w:rsidR="00BE0C2B" w:rsidRDefault="00BE0C2B" w:rsidP="00BE0C2B">
      <w:pPr>
        <w:pStyle w:val="aff8"/>
        <w:numPr>
          <w:ilvl w:val="0"/>
          <w:numId w:val="11"/>
        </w:numPr>
      </w:pPr>
      <w:r>
        <w:t>Профильное высшее или средне-специальное образование;</w:t>
      </w:r>
    </w:p>
    <w:p w14:paraId="6C1BD816" w14:textId="77777777" w:rsidR="00BE0C2B" w:rsidRDefault="00BE0C2B" w:rsidP="00BE0C2B">
      <w:pPr>
        <w:pStyle w:val="aff8"/>
        <w:numPr>
          <w:ilvl w:val="0"/>
          <w:numId w:val="11"/>
        </w:numPr>
      </w:pPr>
      <w:r>
        <w:rPr>
          <w:rStyle w:val="af6"/>
        </w:rPr>
        <w:t>Обязателен опыт работы геодезистом на строительных объектах</w:t>
      </w:r>
      <w:r>
        <w:t xml:space="preserve"> от 3 лет;</w:t>
      </w:r>
    </w:p>
    <w:p w14:paraId="033DA28E" w14:textId="77777777" w:rsidR="00BE0C2B" w:rsidRDefault="00BE0C2B" w:rsidP="00BE0C2B">
      <w:pPr>
        <w:pStyle w:val="aff8"/>
        <w:numPr>
          <w:ilvl w:val="0"/>
          <w:numId w:val="11"/>
        </w:numPr>
      </w:pPr>
      <w:r>
        <w:t>Уверенное владение оборудованием и программами (</w:t>
      </w:r>
      <w:proofErr w:type="spellStart"/>
      <w:r>
        <w:t>AutoCAD</w:t>
      </w:r>
      <w:proofErr w:type="spellEnd"/>
      <w:r>
        <w:t xml:space="preserve">, </w:t>
      </w:r>
      <w:proofErr w:type="spellStart"/>
      <w:r>
        <w:t>Credo</w:t>
      </w:r>
      <w:proofErr w:type="spellEnd"/>
      <w:r>
        <w:t xml:space="preserve">, </w:t>
      </w:r>
      <w:proofErr w:type="spellStart"/>
      <w:r>
        <w:t>Civil</w:t>
      </w:r>
      <w:proofErr w:type="spellEnd"/>
      <w:r>
        <w:t xml:space="preserve"> 3D и пр.);</w:t>
      </w:r>
    </w:p>
    <w:p w14:paraId="6E91DE0D" w14:textId="77777777" w:rsidR="00BE0C2B" w:rsidRDefault="00BE0C2B" w:rsidP="00BE0C2B">
      <w:pPr>
        <w:pStyle w:val="aff8"/>
        <w:numPr>
          <w:ilvl w:val="0"/>
          <w:numId w:val="11"/>
        </w:numPr>
      </w:pPr>
      <w:r>
        <w:t>Опыт работы с исполнительной геодезической документацией;</w:t>
      </w:r>
    </w:p>
    <w:p w14:paraId="6D0088F7" w14:textId="77777777" w:rsidR="00BE0C2B" w:rsidRDefault="00BE0C2B" w:rsidP="00BE0C2B">
      <w:pPr>
        <w:pStyle w:val="aff8"/>
        <w:numPr>
          <w:ilvl w:val="0"/>
          <w:numId w:val="11"/>
        </w:numPr>
      </w:pPr>
      <w:r>
        <w:t>Знание нормативной базы и стандартов (СП, СНиП, ГОСТ) по геодезии;</w:t>
      </w:r>
    </w:p>
    <w:p w14:paraId="48936065" w14:textId="77777777" w:rsidR="00BE0C2B" w:rsidRDefault="00BE0C2B" w:rsidP="00BE0C2B">
      <w:pPr>
        <w:pStyle w:val="aff8"/>
        <w:numPr>
          <w:ilvl w:val="0"/>
          <w:numId w:val="11"/>
        </w:numPr>
      </w:pPr>
      <w:r>
        <w:t>Умение работать в составе проектной и строительной команды.</w:t>
      </w:r>
    </w:p>
    <w:p w14:paraId="043BEB3D" w14:textId="77777777" w:rsidR="00BE0C2B" w:rsidRPr="00BE0C2B" w:rsidRDefault="00BE0C2B" w:rsidP="00BE0C2B">
      <w:pPr>
        <w:pStyle w:val="1"/>
        <w:rPr>
          <w:lang w:val="ru-RU"/>
        </w:rPr>
      </w:pPr>
      <w:r w:rsidRPr="00BE0C2B">
        <w:rPr>
          <w:lang w:val="ru-RU"/>
        </w:rPr>
        <w:t>Условия</w:t>
      </w:r>
    </w:p>
    <w:p w14:paraId="09BC39F0" w14:textId="77777777" w:rsidR="00BE0C2B" w:rsidRDefault="00BE0C2B" w:rsidP="00BE0C2B">
      <w:pPr>
        <w:pStyle w:val="aff8"/>
        <w:numPr>
          <w:ilvl w:val="0"/>
          <w:numId w:val="12"/>
        </w:numPr>
      </w:pPr>
      <w:r>
        <w:rPr>
          <w:rStyle w:val="af6"/>
        </w:rPr>
        <w:t>Достойная заработная плата</w:t>
      </w:r>
      <w:r>
        <w:t>, обсуждается индивидуально по результатам собеседования;</w:t>
      </w:r>
    </w:p>
    <w:p w14:paraId="15075733" w14:textId="77777777" w:rsidR="00BE0C2B" w:rsidRDefault="00BE0C2B" w:rsidP="00BE0C2B">
      <w:pPr>
        <w:pStyle w:val="aff8"/>
        <w:numPr>
          <w:ilvl w:val="0"/>
          <w:numId w:val="12"/>
        </w:numPr>
      </w:pPr>
      <w:r>
        <w:rPr>
          <w:rStyle w:val="af6"/>
        </w:rPr>
        <w:t>Предоставляется проживание</w:t>
      </w:r>
      <w:r>
        <w:t xml:space="preserve"> на период выполнения работ;</w:t>
      </w:r>
    </w:p>
    <w:p w14:paraId="55A8FD0B" w14:textId="77777777" w:rsidR="00BE0C2B" w:rsidRDefault="00BE0C2B" w:rsidP="00BE0C2B">
      <w:pPr>
        <w:pStyle w:val="aff8"/>
        <w:numPr>
          <w:ilvl w:val="0"/>
          <w:numId w:val="12"/>
        </w:numPr>
      </w:pPr>
      <w:r>
        <w:t>Работа на крупном промышленном объекте в Усть-Луге;</w:t>
      </w:r>
    </w:p>
    <w:p w14:paraId="4F006DB4" w14:textId="77777777" w:rsidR="00BE0C2B" w:rsidRDefault="00BE0C2B" w:rsidP="00BE0C2B">
      <w:pPr>
        <w:pStyle w:val="aff8"/>
        <w:numPr>
          <w:ilvl w:val="0"/>
          <w:numId w:val="12"/>
        </w:numPr>
      </w:pPr>
      <w:r>
        <w:t>Оформление по ТК РФ;</w:t>
      </w:r>
    </w:p>
    <w:p w14:paraId="5E7D8302" w14:textId="77777777" w:rsidR="00BE0C2B" w:rsidRDefault="00BE0C2B" w:rsidP="00BE0C2B">
      <w:pPr>
        <w:pStyle w:val="aff8"/>
        <w:numPr>
          <w:ilvl w:val="0"/>
          <w:numId w:val="12"/>
        </w:numPr>
      </w:pPr>
      <w:r>
        <w:t>Своевременная выплата заработной платы — 2 раза в месяц;</w:t>
      </w:r>
    </w:p>
    <w:p w14:paraId="1017BDCB" w14:textId="77777777" w:rsidR="00BE0C2B" w:rsidRDefault="00BE0C2B" w:rsidP="00BE0C2B">
      <w:pPr>
        <w:pStyle w:val="aff8"/>
        <w:numPr>
          <w:ilvl w:val="0"/>
          <w:numId w:val="12"/>
        </w:numPr>
      </w:pPr>
      <w:r>
        <w:t>Возможность профессионального роста и участия в масштабных проектах.</w:t>
      </w:r>
    </w:p>
    <w:p w14:paraId="43C46E04" w14:textId="77777777" w:rsidR="00FC0B21" w:rsidRPr="00BE0C2B" w:rsidRDefault="003F3D31">
      <w:pPr>
        <w:rPr>
          <w:lang w:val="ru-RU"/>
        </w:rPr>
      </w:pPr>
      <w:r w:rsidRPr="008E2015">
        <w:rPr>
          <w:lang w:val="ru-RU"/>
        </w:rPr>
        <w:t xml:space="preserve">Готовы взять на себя ответственность и показывать результат? </w:t>
      </w:r>
      <w:r w:rsidRPr="00BE0C2B">
        <w:rPr>
          <w:lang w:val="ru-RU"/>
        </w:rPr>
        <w:t>Присоединяйтесь — мы ценим профессионалов.</w:t>
      </w:r>
    </w:p>
    <w:sectPr w:rsidR="00FC0B21" w:rsidRPr="00BE0C2B" w:rsidSect="00BE0C2B">
      <w:pgSz w:w="12240" w:h="15840"/>
      <w:pgMar w:top="426" w:right="1041" w:bottom="144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7380" w14:textId="77777777" w:rsidR="003F3D31" w:rsidRDefault="003F3D31">
      <w:pPr>
        <w:spacing w:after="0" w:line="240" w:lineRule="auto"/>
      </w:pPr>
      <w:r>
        <w:separator/>
      </w:r>
    </w:p>
  </w:endnote>
  <w:endnote w:type="continuationSeparator" w:id="0">
    <w:p w14:paraId="1D62D747" w14:textId="77777777" w:rsidR="003F3D31" w:rsidRDefault="003F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0D4E" w14:textId="77777777" w:rsidR="003F3D31" w:rsidRDefault="003F3D31">
      <w:pPr>
        <w:spacing w:after="0" w:line="240" w:lineRule="auto"/>
      </w:pPr>
      <w:r>
        <w:separator/>
      </w:r>
    </w:p>
  </w:footnote>
  <w:footnote w:type="continuationSeparator" w:id="0">
    <w:p w14:paraId="051FFCCF" w14:textId="77777777" w:rsidR="003F3D31" w:rsidRDefault="003F3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FC5900"/>
    <w:multiLevelType w:val="multilevel"/>
    <w:tmpl w:val="28FC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3A65EA"/>
    <w:multiLevelType w:val="multilevel"/>
    <w:tmpl w:val="3586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44500"/>
    <w:multiLevelType w:val="multilevel"/>
    <w:tmpl w:val="B80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4C79"/>
    <w:rsid w:val="00247E6F"/>
    <w:rsid w:val="0029639D"/>
    <w:rsid w:val="00326F90"/>
    <w:rsid w:val="003F3D31"/>
    <w:rsid w:val="008E2015"/>
    <w:rsid w:val="009F17F1"/>
    <w:rsid w:val="00AA1D8D"/>
    <w:rsid w:val="00B47730"/>
    <w:rsid w:val="00BE0C2B"/>
    <w:rsid w:val="00CB0664"/>
    <w:rsid w:val="00F455FC"/>
    <w:rsid w:val="00FC0B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6F28C"/>
  <w14:defaultImageDpi w14:val="300"/>
  <w15:docId w15:val="{92554C2C-14A1-4714-A688-9138F4D0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BE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Корр Константин</cp:lastModifiedBy>
  <cp:revision>4</cp:revision>
  <dcterms:created xsi:type="dcterms:W3CDTF">2025-06-11T08:42:00Z</dcterms:created>
  <dcterms:modified xsi:type="dcterms:W3CDTF">2025-06-11T08:45:00Z</dcterms:modified>
  <cp:category/>
</cp:coreProperties>
</file>