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CA99" w14:textId="681A3FDA" w:rsidR="008E2015" w:rsidRDefault="00247E6F" w:rsidP="008E2015">
      <w:pPr>
        <w:pStyle w:val="1"/>
        <w:jc w:val="right"/>
        <w:rPr>
          <w:lang w:val="ru-RU"/>
        </w:rPr>
      </w:pPr>
      <w:r w:rsidRPr="00247E6F">
        <w:drawing>
          <wp:anchor distT="0" distB="0" distL="114300" distR="114300" simplePos="0" relativeHeight="251658240" behindDoc="0" locked="0" layoutInCell="1" allowOverlap="1" wp14:anchorId="5210730C" wp14:editId="3BAB5CA9">
            <wp:simplePos x="0" y="0"/>
            <wp:positionH relativeFrom="column">
              <wp:posOffset>152399</wp:posOffset>
            </wp:positionH>
            <wp:positionV relativeFrom="paragraph">
              <wp:posOffset>300990</wp:posOffset>
            </wp:positionV>
            <wp:extent cx="2461409" cy="706755"/>
            <wp:effectExtent l="0" t="0" r="0" b="0"/>
            <wp:wrapNone/>
            <wp:docPr id="35" name="Рисунок 34">
              <a:extLst xmlns:a="http://schemas.openxmlformats.org/drawingml/2006/main">
                <a:ext uri="{FF2B5EF4-FFF2-40B4-BE49-F238E27FC236}">
                  <a16:creationId xmlns:a16="http://schemas.microsoft.com/office/drawing/2014/main" id="{21027A74-C381-4557-8B92-5F631128AA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4">
                      <a:extLst>
                        <a:ext uri="{FF2B5EF4-FFF2-40B4-BE49-F238E27FC236}">
                          <a16:creationId xmlns:a16="http://schemas.microsoft.com/office/drawing/2014/main" id="{21027A74-C381-4557-8B92-5F631128AA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2722" cy="707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015" w:rsidRPr="00A52AED">
        <w:rPr>
          <w:noProof/>
        </w:rPr>
        <w:drawing>
          <wp:inline distT="0" distB="0" distL="0" distR="0" wp14:anchorId="76B2DA85" wp14:editId="467610A2">
            <wp:extent cx="2619375" cy="706755"/>
            <wp:effectExtent l="0" t="0" r="9525" b="0"/>
            <wp:docPr id="11" name="Рисунок 10" descr="КиКГЕОСТРО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КиКГЕОСТРОЙ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98" cy="706869"/>
                    </a:xfrm>
                    <a:prstGeom prst="roundRect">
                      <a:avLst>
                        <a:gd name="adj" fmla="val 7692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endPos="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63271975" w14:textId="77777777" w:rsidR="008E2015" w:rsidRPr="008E2015" w:rsidRDefault="008E2015" w:rsidP="008E2015">
      <w:pPr>
        <w:rPr>
          <w:lang w:val="ru-RU"/>
        </w:rPr>
      </w:pPr>
    </w:p>
    <w:p w14:paraId="3E6A238B" w14:textId="0FD95486" w:rsidR="008E2015" w:rsidRPr="008E2015" w:rsidRDefault="008E2015" w:rsidP="008E2015">
      <w:pPr>
        <w:ind w:firstLine="567"/>
        <w:jc w:val="both"/>
        <w:textAlignment w:val="top"/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</w:pP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Группа 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компани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й Shellrockk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 уже более 16 лет работает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в сфере </w:t>
      </w: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промышленного строительства, спец. работ и энергетике. Оказывает комплекс работ себя в качестве надежного партнера для крупнейших сетевых и частных компаний нашей страны.</w:t>
      </w:r>
    </w:p>
    <w:p w14:paraId="08E26A6F" w14:textId="77777777" w:rsidR="008E2015" w:rsidRPr="008E2015" w:rsidRDefault="008E2015" w:rsidP="008E2015">
      <w:pPr>
        <w:ind w:firstLine="567"/>
        <w:jc w:val="both"/>
        <w:textAlignment w:val="top"/>
        <w:rPr>
          <w:rFonts w:ascii="Arial" w:eastAsia="Times New Roman" w:hAnsi="Arial" w:cs="Arial"/>
          <w:color w:val="333333"/>
          <w:sz w:val="21"/>
          <w:szCs w:val="21"/>
          <w:lang w:val="ru-RU"/>
        </w:rPr>
      </w:pP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Количество проектов в нашей компании растет и одновременно повышается уровень этих проектов. Нам нужен по-настоящему результативный и системный человек, которому не безразлична судьба проекта и команды в целом.</w:t>
      </w:r>
    </w:p>
    <w:p w14:paraId="7119DD1E" w14:textId="77777777" w:rsidR="008E2015" w:rsidRPr="008E2015" w:rsidRDefault="008E2015" w:rsidP="008E2015">
      <w:pPr>
        <w:ind w:firstLine="567"/>
        <w:jc w:val="both"/>
        <w:textAlignment w:val="top"/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</w:pP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>Нам нужны суперспециалисты в области общестроительных работ и в области железнодорожного строительства, которые будут приходить к нам не НА РАБОТУ, а приходить РАБОТАТЬ с полной отдачей себя для достижения своих цели!</w:t>
      </w:r>
    </w:p>
    <w:p w14:paraId="0844BBF7" w14:textId="77777777" w:rsidR="008E2015" w:rsidRPr="008E2015" w:rsidRDefault="008E2015" w:rsidP="008E2015">
      <w:pPr>
        <w:ind w:firstLine="567"/>
        <w:jc w:val="both"/>
        <w:textAlignment w:val="top"/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</w:pPr>
      <w:r w:rsidRPr="008E2015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RU"/>
        </w:rPr>
        <w:t xml:space="preserve">Генеральный подрядчик полного цикла в промышленном строительстве, приглашает на работу : </w:t>
      </w:r>
    </w:p>
    <w:p w14:paraId="08D05246" w14:textId="77464FA4" w:rsidR="00FC0B21" w:rsidRPr="008E2015" w:rsidRDefault="003A538F">
      <w:pPr>
        <w:pStyle w:val="1"/>
        <w:rPr>
          <w:lang w:val="ru-RU"/>
        </w:rPr>
      </w:pPr>
      <w:r w:rsidRPr="008E2015">
        <w:rPr>
          <w:lang w:val="ru-RU"/>
        </w:rPr>
        <w:t>П</w:t>
      </w:r>
      <w:r w:rsidRPr="008E2015">
        <w:rPr>
          <w:lang w:val="ru-RU"/>
        </w:rPr>
        <w:t>роизводитель работ (г. Усть-Луга)</w:t>
      </w:r>
      <w:r w:rsidR="008E2015" w:rsidRPr="008E2015">
        <w:rPr>
          <w:noProof/>
          <w:lang w:val="ru-RU"/>
        </w:rPr>
        <w:t xml:space="preserve"> </w:t>
      </w:r>
    </w:p>
    <w:p w14:paraId="3AF0EC12" w14:textId="77777777" w:rsidR="00FC0B21" w:rsidRPr="008E2015" w:rsidRDefault="003A538F">
      <w:pPr>
        <w:rPr>
          <w:lang w:val="ru-RU"/>
        </w:rPr>
      </w:pPr>
      <w:r w:rsidRPr="008E2015">
        <w:rPr>
          <w:b/>
          <w:sz w:val="24"/>
          <w:lang w:val="ru-RU"/>
        </w:rPr>
        <w:t xml:space="preserve">Местонахождение: </w:t>
      </w:r>
      <w:r w:rsidRPr="008E2015">
        <w:rPr>
          <w:sz w:val="24"/>
          <w:lang w:val="ru-RU"/>
        </w:rPr>
        <w:t>Усть-Луга</w:t>
      </w:r>
    </w:p>
    <w:p w14:paraId="479D418F" w14:textId="77777777" w:rsidR="00FC0B21" w:rsidRPr="008E2015" w:rsidRDefault="003A538F">
      <w:pPr>
        <w:rPr>
          <w:lang w:val="ru-RU"/>
        </w:rPr>
      </w:pPr>
      <w:r w:rsidRPr="008E2015">
        <w:rPr>
          <w:b/>
          <w:sz w:val="24"/>
          <w:lang w:val="ru-RU"/>
        </w:rPr>
        <w:t xml:space="preserve">Тип занятости: </w:t>
      </w:r>
      <w:r w:rsidRPr="008E2015">
        <w:rPr>
          <w:sz w:val="24"/>
          <w:lang w:val="ru-RU"/>
        </w:rPr>
        <w:t>Полная занятость, полный день</w:t>
      </w:r>
    </w:p>
    <w:p w14:paraId="76E8EEAD" w14:textId="77777777" w:rsidR="00FC0B21" w:rsidRPr="008E2015" w:rsidRDefault="003A538F">
      <w:pPr>
        <w:rPr>
          <w:lang w:val="ru-RU"/>
        </w:rPr>
      </w:pPr>
      <w:r w:rsidRPr="008E2015">
        <w:rPr>
          <w:b/>
          <w:sz w:val="24"/>
          <w:lang w:val="ru-RU"/>
        </w:rPr>
        <w:t xml:space="preserve">Опыт работы: </w:t>
      </w:r>
      <w:r w:rsidRPr="008E2015">
        <w:rPr>
          <w:sz w:val="24"/>
          <w:lang w:val="ru-RU"/>
        </w:rPr>
        <w:t>обязателен</w:t>
      </w:r>
    </w:p>
    <w:p w14:paraId="611959FB" w14:textId="718C9BC0" w:rsidR="00FC0B21" w:rsidRPr="008E2015" w:rsidRDefault="003A538F">
      <w:pPr>
        <w:rPr>
          <w:lang w:val="ru-RU"/>
        </w:rPr>
      </w:pPr>
      <w:r w:rsidRPr="008E2015">
        <w:rPr>
          <w:b/>
          <w:sz w:val="24"/>
          <w:lang w:val="ru-RU"/>
        </w:rPr>
        <w:t xml:space="preserve">Заработная плата: </w:t>
      </w:r>
      <w:r w:rsidR="008E2015">
        <w:rPr>
          <w:sz w:val="24"/>
          <w:lang w:val="ru-RU"/>
        </w:rPr>
        <w:t>от 120 000 рублей</w:t>
      </w:r>
    </w:p>
    <w:p w14:paraId="1E403E1A" w14:textId="77777777" w:rsidR="00FC0B21" w:rsidRPr="008E2015" w:rsidRDefault="003A538F">
      <w:pPr>
        <w:pStyle w:val="21"/>
        <w:rPr>
          <w:lang w:val="ru-RU"/>
        </w:rPr>
      </w:pPr>
      <w:r w:rsidRPr="008E2015">
        <w:rPr>
          <w:lang w:val="ru-RU"/>
        </w:rPr>
        <w:t>Обязанности</w:t>
      </w:r>
    </w:p>
    <w:p w14:paraId="219B3C12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Организация и оперативное руководство строительными бригадами на объекте;</w:t>
      </w:r>
    </w:p>
    <w:p w14:paraId="5B5C4319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Контроль за выполнением строительно-монтажных работ, в том числе монтажа металлоконструкций;</w:t>
      </w:r>
    </w:p>
    <w:p w14:paraId="7D86F7A3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Обеспечение соблюдения</w:t>
      </w:r>
      <w:r w:rsidRPr="008E2015">
        <w:rPr>
          <w:lang w:val="ru-RU"/>
        </w:rPr>
        <w:t xml:space="preserve"> сроков, качества и технологии выполнения работ;</w:t>
      </w:r>
    </w:p>
    <w:p w14:paraId="3DD71516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Ведение исполнительной и сопутствующей технической документации;</w:t>
      </w:r>
    </w:p>
    <w:p w14:paraId="7F50C3FB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Проведение приёмки скрытых работ, оформление актов (КС-2, КС-3);</w:t>
      </w:r>
    </w:p>
    <w:p w14:paraId="587B6FF7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Соблюдение требований техники безопасности на площадке;</w:t>
      </w:r>
    </w:p>
    <w:p w14:paraId="12833345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Взаимодействие с техн</w:t>
      </w:r>
      <w:r w:rsidRPr="008E2015">
        <w:rPr>
          <w:lang w:val="ru-RU"/>
        </w:rPr>
        <w:t>ическим надзором и заказчиком;</w:t>
      </w:r>
    </w:p>
    <w:p w14:paraId="4E529E0E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Контроль рационального использования материалов, техники и ресурсов.</w:t>
      </w:r>
    </w:p>
    <w:p w14:paraId="52865D92" w14:textId="77777777" w:rsidR="00FC0B21" w:rsidRDefault="003A538F">
      <w:pPr>
        <w:pStyle w:val="21"/>
      </w:pPr>
      <w:proofErr w:type="spellStart"/>
      <w:r>
        <w:t>Требования</w:t>
      </w:r>
      <w:proofErr w:type="spellEnd"/>
    </w:p>
    <w:p w14:paraId="07C085C1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Профильное образование (средне-специальное или высшее);</w:t>
      </w:r>
    </w:p>
    <w:p w14:paraId="7FD7FD2C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Обязательный опыт работы производителем работ на аналогичных объектах от 3 лет;</w:t>
      </w:r>
    </w:p>
    <w:p w14:paraId="1C188CCE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 xml:space="preserve">Отличное </w:t>
      </w:r>
      <w:r w:rsidRPr="008E2015">
        <w:rPr>
          <w:lang w:val="ru-RU"/>
        </w:rPr>
        <w:t>знание строительных нормативов, технологий монтажа МК, СНиП, ГОСТ;</w:t>
      </w:r>
    </w:p>
    <w:p w14:paraId="74DE6C36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Умение читать и применять проектную документацию;</w:t>
      </w:r>
    </w:p>
    <w:p w14:paraId="13EA485C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lastRenderedPageBreak/>
        <w:t>Владение ПК (</w:t>
      </w:r>
      <w:r>
        <w:t>Word</w:t>
      </w:r>
      <w:r w:rsidRPr="008E2015">
        <w:rPr>
          <w:lang w:val="ru-RU"/>
        </w:rPr>
        <w:t xml:space="preserve">, </w:t>
      </w:r>
      <w:r>
        <w:t>Excel</w:t>
      </w:r>
      <w:r w:rsidRPr="008E2015">
        <w:rPr>
          <w:lang w:val="ru-RU"/>
        </w:rPr>
        <w:t xml:space="preserve">; приветствуется знание </w:t>
      </w:r>
      <w:r>
        <w:t>AutoCAD</w:t>
      </w:r>
      <w:r w:rsidRPr="008E2015">
        <w:rPr>
          <w:lang w:val="ru-RU"/>
        </w:rPr>
        <w:t>).</w:t>
      </w:r>
    </w:p>
    <w:p w14:paraId="1DE6A4E6" w14:textId="77777777" w:rsidR="00FC0B21" w:rsidRDefault="003A538F">
      <w:pPr>
        <w:pStyle w:val="21"/>
      </w:pPr>
      <w:r>
        <w:t>Условия</w:t>
      </w:r>
    </w:p>
    <w:p w14:paraId="3450DD3A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 xml:space="preserve">Достойная заработная плата, обсуждается по итогам собеседования с учётом </w:t>
      </w:r>
      <w:r w:rsidRPr="008E2015">
        <w:rPr>
          <w:lang w:val="ru-RU"/>
        </w:rPr>
        <w:t>опыта;</w:t>
      </w:r>
    </w:p>
    <w:p w14:paraId="1D43D376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Предоставляется проживание на время выполнения проекта;</w:t>
      </w:r>
    </w:p>
    <w:p w14:paraId="4E142417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Официальное оформление по ТК РФ;</w:t>
      </w:r>
    </w:p>
    <w:p w14:paraId="75B97878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Выплаты два раза в месяц, без задержек;</w:t>
      </w:r>
    </w:p>
    <w:p w14:paraId="674F85EF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Работа на масштабном и перспективном объекте;</w:t>
      </w:r>
    </w:p>
    <w:p w14:paraId="70D202DB" w14:textId="77777777" w:rsidR="00FC0B21" w:rsidRPr="008E2015" w:rsidRDefault="003A538F">
      <w:pPr>
        <w:pStyle w:val="a0"/>
        <w:rPr>
          <w:lang w:val="ru-RU"/>
        </w:rPr>
      </w:pPr>
      <w:r w:rsidRPr="008E2015">
        <w:rPr>
          <w:lang w:val="ru-RU"/>
        </w:rPr>
        <w:t>Профессиональная команда и реальная возможность карьерного роста.</w:t>
      </w:r>
    </w:p>
    <w:p w14:paraId="43C46E04" w14:textId="77777777" w:rsidR="00FC0B21" w:rsidRDefault="003A538F">
      <w:r w:rsidRPr="008E2015">
        <w:rPr>
          <w:lang w:val="ru-RU"/>
        </w:rPr>
        <w:t xml:space="preserve">Готовы взять на себя ответственность и показывать результат? </w:t>
      </w:r>
      <w:proofErr w:type="spellStart"/>
      <w:r>
        <w:t>Присоединяйтесь</w:t>
      </w:r>
      <w:proofErr w:type="spellEnd"/>
      <w:r>
        <w:t xml:space="preserve"> —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ценим</w:t>
      </w:r>
      <w:proofErr w:type="spellEnd"/>
      <w:r>
        <w:t xml:space="preserve"> профессионалов.</w:t>
      </w:r>
    </w:p>
    <w:sectPr w:rsidR="00FC0B21" w:rsidSect="00247E6F">
      <w:pgSz w:w="12240" w:h="15840"/>
      <w:pgMar w:top="426" w:right="104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0E6A" w14:textId="77777777" w:rsidR="003A538F" w:rsidRDefault="003A538F">
      <w:pPr>
        <w:spacing w:after="0" w:line="240" w:lineRule="auto"/>
      </w:pPr>
      <w:r>
        <w:separator/>
      </w:r>
    </w:p>
  </w:endnote>
  <w:endnote w:type="continuationSeparator" w:id="0">
    <w:p w14:paraId="3F53BDA5" w14:textId="77777777" w:rsidR="003A538F" w:rsidRDefault="003A5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8B697" w14:textId="77777777" w:rsidR="003A538F" w:rsidRDefault="003A538F">
      <w:pPr>
        <w:spacing w:after="0" w:line="240" w:lineRule="auto"/>
      </w:pPr>
      <w:r>
        <w:separator/>
      </w:r>
    </w:p>
  </w:footnote>
  <w:footnote w:type="continuationSeparator" w:id="0">
    <w:p w14:paraId="50595D3F" w14:textId="77777777" w:rsidR="003A538F" w:rsidRDefault="003A5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7E6F"/>
    <w:rsid w:val="0029639D"/>
    <w:rsid w:val="00326F90"/>
    <w:rsid w:val="003A538F"/>
    <w:rsid w:val="008E2015"/>
    <w:rsid w:val="00AA1D8D"/>
    <w:rsid w:val="00B47730"/>
    <w:rsid w:val="00CB0664"/>
    <w:rsid w:val="00F455FC"/>
    <w:rsid w:val="00FC0B2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16F28C"/>
  <w14:defaultImageDpi w14:val="300"/>
  <w15:docId w15:val="{92554C2C-14A1-4714-A688-9138F4D0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Корр Константин</cp:lastModifiedBy>
  <cp:revision>2</cp:revision>
  <dcterms:created xsi:type="dcterms:W3CDTF">2025-06-11T08:41:00Z</dcterms:created>
  <dcterms:modified xsi:type="dcterms:W3CDTF">2025-06-11T08:41:00Z</dcterms:modified>
  <cp:category/>
</cp:coreProperties>
</file>