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16803D" w14:textId="77777777" w:rsidR="00B1219F" w:rsidRPr="00CE7160" w:rsidRDefault="00522DB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E7160">
        <w:rPr>
          <w:rFonts w:ascii="Times New Roman" w:hAnsi="Times New Roman" w:cs="Times New Roman"/>
          <w:sz w:val="24"/>
          <w:szCs w:val="24"/>
          <w:lang w:val="ru-RU"/>
        </w:rPr>
        <w:t>На письмо № 9С01-8000736566-</w:t>
      </w:r>
      <w:r w:rsidRPr="00CE7160">
        <w:rPr>
          <w:rFonts w:ascii="Times New Roman" w:hAnsi="Times New Roman" w:cs="Times New Roman"/>
          <w:sz w:val="24"/>
          <w:szCs w:val="24"/>
        </w:rPr>
        <w:t>ETU</w:t>
      </w:r>
      <w:r w:rsidRPr="00CE7160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CE7160">
        <w:rPr>
          <w:rFonts w:ascii="Times New Roman" w:hAnsi="Times New Roman" w:cs="Times New Roman"/>
          <w:sz w:val="24"/>
          <w:szCs w:val="24"/>
        </w:rPr>
        <w:t>KIKG</w:t>
      </w:r>
      <w:r w:rsidRPr="00CE7160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CE7160">
        <w:rPr>
          <w:rFonts w:ascii="Times New Roman" w:hAnsi="Times New Roman" w:cs="Times New Roman"/>
          <w:sz w:val="24"/>
          <w:szCs w:val="24"/>
        </w:rPr>
        <w:t>LET</w:t>
      </w:r>
      <w:r w:rsidRPr="00CE7160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CE7160">
        <w:rPr>
          <w:rFonts w:ascii="Times New Roman" w:hAnsi="Times New Roman" w:cs="Times New Roman"/>
          <w:sz w:val="24"/>
          <w:szCs w:val="24"/>
        </w:rPr>
        <w:t>PCO</w:t>
      </w:r>
      <w:r w:rsidRPr="00CE7160">
        <w:rPr>
          <w:rFonts w:ascii="Times New Roman" w:hAnsi="Times New Roman" w:cs="Times New Roman"/>
          <w:sz w:val="24"/>
          <w:szCs w:val="24"/>
          <w:lang w:val="ru-RU"/>
        </w:rPr>
        <w:t>-00939 от 25.06.2025 г.</w:t>
      </w:r>
      <w:r w:rsidRPr="00CE7160">
        <w:rPr>
          <w:rFonts w:ascii="Times New Roman" w:hAnsi="Times New Roman" w:cs="Times New Roman"/>
          <w:sz w:val="24"/>
          <w:szCs w:val="24"/>
          <w:lang w:val="ru-RU"/>
        </w:rPr>
        <w:br/>
        <w:t>по договору № 314-25/104 от 22.05.2025 г.</w:t>
      </w:r>
      <w:r w:rsidRPr="00CE7160">
        <w:rPr>
          <w:rFonts w:ascii="Times New Roman" w:hAnsi="Times New Roman" w:cs="Times New Roman"/>
          <w:sz w:val="24"/>
          <w:szCs w:val="24"/>
          <w:lang w:val="ru-RU"/>
        </w:rPr>
        <w:br/>
      </w:r>
    </w:p>
    <w:p w14:paraId="764276BA" w14:textId="77777777" w:rsidR="00B1219F" w:rsidRPr="00CE7160" w:rsidRDefault="00522DB5" w:rsidP="00CE716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E7160">
        <w:rPr>
          <w:rFonts w:ascii="Times New Roman" w:hAnsi="Times New Roman" w:cs="Times New Roman"/>
          <w:b/>
          <w:sz w:val="24"/>
          <w:szCs w:val="24"/>
          <w:lang w:val="ru-RU"/>
        </w:rPr>
        <w:t>О комплектности поставки металлоконструкций</w:t>
      </w:r>
    </w:p>
    <w:p w14:paraId="71F9D72F" w14:textId="77777777" w:rsidR="00CE7160" w:rsidRDefault="00CE7160" w:rsidP="00CE7160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61A03E64" w14:textId="77777777" w:rsidR="00CE7160" w:rsidRPr="00CE7160" w:rsidRDefault="00522DB5" w:rsidP="00CE7160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E7160">
        <w:rPr>
          <w:rFonts w:ascii="Times New Roman" w:hAnsi="Times New Roman" w:cs="Times New Roman"/>
          <w:sz w:val="24"/>
          <w:szCs w:val="24"/>
          <w:lang w:val="ru-RU"/>
        </w:rPr>
        <w:t>Уважаем</w:t>
      </w:r>
      <w:bookmarkStart w:id="0" w:name="_GoBack"/>
      <w:bookmarkEnd w:id="0"/>
      <w:r w:rsidRPr="00CE7160">
        <w:rPr>
          <w:rFonts w:ascii="Times New Roman" w:hAnsi="Times New Roman" w:cs="Times New Roman"/>
          <w:sz w:val="24"/>
          <w:szCs w:val="24"/>
          <w:lang w:val="ru-RU"/>
        </w:rPr>
        <w:t>ый Евгений Валерьевич!</w:t>
      </w:r>
    </w:p>
    <w:p w14:paraId="00615B8F" w14:textId="43CB86A9" w:rsidR="00B1219F" w:rsidRPr="00522DB5" w:rsidRDefault="00522DB5" w:rsidP="00CE7160">
      <w:pPr>
        <w:ind w:firstLine="720"/>
        <w:jc w:val="both"/>
        <w:rPr>
          <w:lang w:val="ru-RU"/>
        </w:rPr>
      </w:pPr>
      <w:r w:rsidRPr="00CE7160">
        <w:rPr>
          <w:rFonts w:ascii="Times New Roman" w:hAnsi="Times New Roman" w:cs="Times New Roman"/>
          <w:sz w:val="24"/>
          <w:szCs w:val="24"/>
          <w:lang w:val="ru-RU"/>
        </w:rPr>
        <w:t>В ходе анализа предоставленного графика поставки металлоконструкций по договору № 314-25/104 от 22.05.2025 г. для выполнения работ по монтажу Конвейерной Галереи №3 на объекте «Терминал по перевалке минеральных удобрений в МТП Усть-Луга» было выявлено, что в перечне поставляемых элементов отсутствуют метизы (крепежные изделия), необходимые для сборки металлоконструкций.</w:t>
      </w:r>
      <w:r w:rsidR="00CE716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E7160">
        <w:rPr>
          <w:rFonts w:ascii="Times New Roman" w:hAnsi="Times New Roman" w:cs="Times New Roman"/>
          <w:sz w:val="24"/>
          <w:szCs w:val="24"/>
          <w:lang w:val="ru-RU"/>
        </w:rPr>
        <w:t xml:space="preserve">Отсутствие данных комплектующих в составе поставки делает невозможным выполнение монтажных работ. </w:t>
      </w:r>
      <w:r w:rsidR="00CE7160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Pr="00CE7160">
        <w:rPr>
          <w:rFonts w:ascii="Times New Roman" w:hAnsi="Times New Roman" w:cs="Times New Roman"/>
          <w:sz w:val="24"/>
          <w:szCs w:val="24"/>
          <w:lang w:val="ru-RU"/>
        </w:rPr>
        <w:t>росим уточнить сроки возможной поставки метизов.</w:t>
      </w:r>
    </w:p>
    <w:sectPr w:rsidR="00B1219F" w:rsidRPr="00522DB5" w:rsidSect="00CE7160">
      <w:pgSz w:w="12240" w:h="15840"/>
      <w:pgMar w:top="1440" w:right="758" w:bottom="1440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522DB5"/>
    <w:rsid w:val="00AA1D8D"/>
    <w:rsid w:val="00B1219F"/>
    <w:rsid w:val="00B47730"/>
    <w:rsid w:val="00CB0664"/>
    <w:rsid w:val="00CE716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8A6DBAC"/>
  <w14:defaultImageDpi w14:val="300"/>
  <w15:docId w15:val="{4A758157-022E-4B61-8503-70FDC50B8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0A1C705-D12F-4B6A-9BA1-19B853BF4A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105</Words>
  <Characters>602</Characters>
  <Application>Microsoft Office Word</Application>
  <DocSecurity>0</DocSecurity>
  <Lines>5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706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Admin</cp:lastModifiedBy>
  <cp:revision>3</cp:revision>
  <dcterms:created xsi:type="dcterms:W3CDTF">2013-12-23T23:15:00Z</dcterms:created>
  <dcterms:modified xsi:type="dcterms:W3CDTF">2025-06-30T16:51:00Z</dcterms:modified>
  <cp:category/>
</cp:coreProperties>
</file>