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3D6C" w14:textId="77777777" w:rsidR="00D53367" w:rsidRDefault="00D53367" w:rsidP="00EE4F41">
      <w:pPr>
        <w:ind w:left="720" w:hanging="360"/>
      </w:pPr>
    </w:p>
    <w:p w14:paraId="065349A8" w14:textId="77777777" w:rsidR="00D53367" w:rsidRDefault="00D53367" w:rsidP="00D53367">
      <w:pPr>
        <w:pStyle w:val="21"/>
        <w:ind w:left="720"/>
        <w:rPr>
          <w:rFonts w:ascii="Times New Roman" w:hAnsi="Times New Roman" w:cs="Times New Roman"/>
          <w:color w:val="auto"/>
          <w:lang w:val="ru-RU"/>
        </w:rPr>
      </w:pPr>
    </w:p>
    <w:p w14:paraId="0548FCED" w14:textId="77777777" w:rsidR="00D53367" w:rsidRDefault="00D53367" w:rsidP="00D53367">
      <w:pPr>
        <w:pStyle w:val="21"/>
        <w:ind w:left="720"/>
        <w:rPr>
          <w:rFonts w:ascii="Times New Roman" w:hAnsi="Times New Roman" w:cs="Times New Roman"/>
          <w:color w:val="auto"/>
          <w:lang w:val="ru-RU"/>
        </w:rPr>
      </w:pPr>
    </w:p>
    <w:p w14:paraId="2DD7AAD9" w14:textId="067C4F03" w:rsidR="00D53367" w:rsidRDefault="00D53367" w:rsidP="00D53367">
      <w:pPr>
        <w:pStyle w:val="21"/>
        <w:ind w:left="720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По итогам сегодняшнего совещания с Заказчиком.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Присуствовали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со стороны Заказчика: Гуляев </w:t>
      </w:r>
      <w:proofErr w:type="gramStart"/>
      <w:r>
        <w:rPr>
          <w:rFonts w:ascii="Times New Roman" w:hAnsi="Times New Roman" w:cs="Times New Roman"/>
          <w:color w:val="auto"/>
          <w:lang w:val="ru-RU"/>
        </w:rPr>
        <w:t>Е.В</w:t>
      </w:r>
      <w:proofErr w:type="gramEnd"/>
      <w:r>
        <w:rPr>
          <w:rFonts w:ascii="Times New Roman" w:hAnsi="Times New Roman" w:cs="Times New Roman"/>
          <w:color w:val="auto"/>
          <w:lang w:val="ru-RU"/>
        </w:rPr>
        <w:t xml:space="preserve">, Егоров Л.В,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Ахматенко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Д.</w:t>
      </w:r>
      <w:r w:rsidR="00BA42C2">
        <w:rPr>
          <w:rFonts w:ascii="Times New Roman" w:hAnsi="Times New Roman" w:cs="Times New Roman"/>
          <w:color w:val="auto"/>
          <w:lang w:val="ru-RU"/>
        </w:rPr>
        <w:t>А.</w:t>
      </w:r>
    </w:p>
    <w:p w14:paraId="31584149" w14:textId="5C1BB410" w:rsidR="00371F95" w:rsidRPr="00EE4F41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  <w:lang w:val="ru-RU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Подписание акта приёма-передачи строительной площадки</w:t>
      </w:r>
    </w:p>
    <w:p w14:paraId="21CD4844" w14:textId="38524239" w:rsidR="00371F95" w:rsidRPr="00EE4F41" w:rsidRDefault="00D53367" w:rsidP="00EE4F41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Готовим форму согласно договору – готовы подписать</w:t>
      </w:r>
    </w:p>
    <w:p w14:paraId="5B5A1BC3" w14:textId="0F4906BE" w:rsidR="00371F95" w:rsidRPr="00EE4F41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  <w:lang w:val="ru-RU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Порядок передачи давальческого материала и проведение входного контроля</w:t>
      </w:r>
    </w:p>
    <w:p w14:paraId="2AE7F77C" w14:textId="37CC0377" w:rsidR="00371F95" w:rsidRPr="00EE4F41" w:rsidRDefault="00D53367" w:rsidP="00EE4F41">
      <w:pPr>
        <w:pStyle w:val="ae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Будет официальная М-15, но без разделения на элементы – одной строчкой тоннаж и приложение к м-15 отдельно с расписанными элементами</w:t>
      </w:r>
    </w:p>
    <w:p w14:paraId="200E1C40" w14:textId="6B8BDD9A" w:rsidR="00371F95" w:rsidRPr="00EE4F41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  <w:lang w:val="ru-RU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Нарушение графика поставок и перенос СМР на зимний период</w:t>
      </w:r>
    </w:p>
    <w:p w14:paraId="585E92AC" w14:textId="0076ED82" w:rsidR="00371F95" w:rsidRPr="00EE4F41" w:rsidRDefault="00D53367" w:rsidP="00EE4F41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 слов Гуляева в пятницу пришлют официально обновленный график поставок</w:t>
      </w:r>
    </w:p>
    <w:p w14:paraId="3F2DBF01" w14:textId="0E705F30" w:rsidR="00371F95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Игнорирование официальной переписки</w:t>
      </w:r>
    </w:p>
    <w:p w14:paraId="23DF0016" w14:textId="29ECFA51" w:rsidR="00EE4F41" w:rsidRPr="00D53367" w:rsidRDefault="00D53367" w:rsidP="00EE4F41">
      <w:pPr>
        <w:pStyle w:val="ae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3367">
        <w:rPr>
          <w:rFonts w:ascii="Times New Roman" w:hAnsi="Times New Roman" w:cs="Times New Roman"/>
          <w:sz w:val="24"/>
          <w:szCs w:val="24"/>
          <w:lang w:val="ru-RU"/>
        </w:rPr>
        <w:t>Готовят ответы на все наши письма – направят завтра</w:t>
      </w:r>
    </w:p>
    <w:p w14:paraId="756BF34D" w14:textId="732F5373" w:rsidR="00371F95" w:rsidRPr="00EE4F41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  <w:lang w:val="ru-RU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Выполнение работ по укрупнительной сборке вне сметной документации</w:t>
      </w:r>
    </w:p>
    <w:p w14:paraId="4961BA06" w14:textId="680876E4" w:rsidR="00371F95" w:rsidRPr="00EE4F41" w:rsidRDefault="00D53367" w:rsidP="00EE4F41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течение 2-х дней будет подготовлен протокол за подписью Заказчика с разделением на виды работ и указанием процентов к закрытию по укрупненной сборке от общего объема – по нему будем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процентовать</w:t>
      </w:r>
      <w:proofErr w:type="spellEnd"/>
    </w:p>
    <w:p w14:paraId="452A4522" w14:textId="1E98470C" w:rsidR="00371F95" w:rsidRPr="00EE4F41" w:rsidRDefault="00000000" w:rsidP="00EE4F41">
      <w:pPr>
        <w:pStyle w:val="21"/>
        <w:numPr>
          <w:ilvl w:val="0"/>
          <w:numId w:val="11"/>
        </w:numPr>
        <w:rPr>
          <w:rFonts w:ascii="Times New Roman" w:hAnsi="Times New Roman" w:cs="Times New Roman"/>
          <w:color w:val="auto"/>
          <w:lang w:val="ru-RU"/>
        </w:rPr>
      </w:pPr>
      <w:r w:rsidRPr="00EE4F41">
        <w:rPr>
          <w:rFonts w:ascii="Times New Roman" w:hAnsi="Times New Roman" w:cs="Times New Roman"/>
          <w:color w:val="auto"/>
          <w:lang w:val="ru-RU"/>
        </w:rPr>
        <w:t>Ведение общего журнала работ (ОЖР)</w:t>
      </w:r>
    </w:p>
    <w:p w14:paraId="01AAF1BD" w14:textId="0B03026C" w:rsidR="00371F95" w:rsidRPr="00EE4F41" w:rsidRDefault="00D53367" w:rsidP="00EE4F41">
      <w:pPr>
        <w:pStyle w:val="ae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Сегодня направят приказы на ответственных – готовы согласно данных приказов расписаться в нашем журнале.</w:t>
      </w:r>
    </w:p>
    <w:sectPr w:rsidR="00371F95" w:rsidRPr="00EE4F41" w:rsidSect="00D673BC">
      <w:pgSz w:w="12240" w:h="15840"/>
      <w:pgMar w:top="851" w:right="61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F6410A"/>
    <w:multiLevelType w:val="hybridMultilevel"/>
    <w:tmpl w:val="AB6A7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11E4B"/>
    <w:multiLevelType w:val="hybridMultilevel"/>
    <w:tmpl w:val="E7F2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31444"/>
    <w:multiLevelType w:val="hybridMultilevel"/>
    <w:tmpl w:val="9980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90A3A"/>
    <w:multiLevelType w:val="hybridMultilevel"/>
    <w:tmpl w:val="F6D2A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272A3"/>
    <w:multiLevelType w:val="hybridMultilevel"/>
    <w:tmpl w:val="4BDCC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C633D"/>
    <w:multiLevelType w:val="hybridMultilevel"/>
    <w:tmpl w:val="C2FE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50242"/>
    <w:multiLevelType w:val="hybridMultilevel"/>
    <w:tmpl w:val="83A00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386295">
    <w:abstractNumId w:val="8"/>
  </w:num>
  <w:num w:numId="2" w16cid:durableId="1825848576">
    <w:abstractNumId w:val="6"/>
  </w:num>
  <w:num w:numId="3" w16cid:durableId="1634749854">
    <w:abstractNumId w:val="5"/>
  </w:num>
  <w:num w:numId="4" w16cid:durableId="1116830121">
    <w:abstractNumId w:val="4"/>
  </w:num>
  <w:num w:numId="5" w16cid:durableId="136579876">
    <w:abstractNumId w:val="7"/>
  </w:num>
  <w:num w:numId="6" w16cid:durableId="2116512662">
    <w:abstractNumId w:val="3"/>
  </w:num>
  <w:num w:numId="7" w16cid:durableId="371812121">
    <w:abstractNumId w:val="2"/>
  </w:num>
  <w:num w:numId="8" w16cid:durableId="1178882019">
    <w:abstractNumId w:val="1"/>
  </w:num>
  <w:num w:numId="9" w16cid:durableId="114955091">
    <w:abstractNumId w:val="0"/>
  </w:num>
  <w:num w:numId="10" w16cid:durableId="192883477">
    <w:abstractNumId w:val="15"/>
  </w:num>
  <w:num w:numId="11" w16cid:durableId="563951345">
    <w:abstractNumId w:val="10"/>
  </w:num>
  <w:num w:numId="12" w16cid:durableId="859122548">
    <w:abstractNumId w:val="13"/>
  </w:num>
  <w:num w:numId="13" w16cid:durableId="435946156">
    <w:abstractNumId w:val="12"/>
  </w:num>
  <w:num w:numId="14" w16cid:durableId="622884675">
    <w:abstractNumId w:val="9"/>
  </w:num>
  <w:num w:numId="15" w16cid:durableId="1116829272">
    <w:abstractNumId w:val="14"/>
  </w:num>
  <w:num w:numId="16" w16cid:durableId="9112382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F95"/>
    <w:rsid w:val="00726F70"/>
    <w:rsid w:val="00A4694C"/>
    <w:rsid w:val="00AA1D8D"/>
    <w:rsid w:val="00B31F69"/>
    <w:rsid w:val="00B47730"/>
    <w:rsid w:val="00BA42C2"/>
    <w:rsid w:val="00CB0664"/>
    <w:rsid w:val="00D53367"/>
    <w:rsid w:val="00D673BC"/>
    <w:rsid w:val="00EE4F41"/>
    <w:rsid w:val="00F251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0AB50"/>
  <w14:defaultImageDpi w14:val="330"/>
  <w15:docId w15:val="{7F2ABE6E-A026-42F5-88C8-6A89E7A7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2025-08-12T12:04:00Z</dcterms:created>
  <dcterms:modified xsi:type="dcterms:W3CDTF">2025-08-12T12:04:00Z</dcterms:modified>
  <cp:category/>
</cp:coreProperties>
</file>